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688BC" w14:textId="77777777" w:rsidR="00112D45" w:rsidRPr="00EC4B32" w:rsidRDefault="0023539D">
      <w:pPr>
        <w:rPr>
          <w:rFonts w:ascii="Arial" w:hAnsi="Arial" w:cs="Arial"/>
          <w:b/>
          <w:bCs/>
          <w:color w:val="4F81BD" w:themeColor="accent1"/>
          <w:sz w:val="28"/>
          <w:szCs w:val="28"/>
          <w:u w:val="single"/>
          <w:lang w:val="de-DE"/>
          <w14:textOutline w14:w="0" w14:cap="flat" w14:cmpd="sng" w14:algn="ctr">
            <w14:noFill/>
            <w14:prstDash w14:val="solid"/>
            <w14:round/>
          </w14:textOutline>
        </w:rPr>
      </w:pPr>
      <w:r w:rsidRPr="00EC4B32">
        <w:rPr>
          <w:rFonts w:ascii="Arial" w:hAnsi="Arial" w:cs="Arial"/>
          <w:b/>
          <w:bCs/>
          <w:color w:val="4F81BD" w:themeColor="accent1"/>
          <w:sz w:val="28"/>
          <w:szCs w:val="28"/>
          <w:u w:val="single"/>
          <w:lang w:val="de-DE"/>
          <w14:textOutline w14:w="0" w14:cap="flat" w14:cmpd="sng" w14:algn="ctr">
            <w14:noFill/>
            <w14:prstDash w14:val="solid"/>
            <w14:round/>
          </w14:textOutline>
        </w:rPr>
        <w:t>Finanzierungsplan</w:t>
      </w:r>
    </w:p>
    <w:p w14:paraId="47B40B8D" w14:textId="281C47C9" w:rsidR="00373D90" w:rsidRPr="00FA529E" w:rsidRDefault="0023539D">
      <w:pPr>
        <w:rPr>
          <w:rFonts w:ascii="Arial" w:hAnsi="Arial" w:cs="Arial"/>
          <w:sz w:val="20"/>
          <w:szCs w:val="20"/>
          <w:lang w:val="de-DE"/>
        </w:rPr>
      </w:pPr>
      <w:r w:rsidRPr="00FA529E">
        <w:rPr>
          <w:rFonts w:ascii="Arial" w:hAnsi="Arial" w:cs="Arial"/>
          <w:sz w:val="20"/>
          <w:szCs w:val="20"/>
          <w:lang w:val="de-DE"/>
        </w:rPr>
        <w:t>Hinweis: Die Auflistung der einzelnen Positionen ist nicht veränderbar. Die Ausgaben und Einnahmen sind getrennt für die Haushaltsjahre 202</w:t>
      </w:r>
      <w:r w:rsidR="00DF113C" w:rsidRPr="00FA529E">
        <w:rPr>
          <w:rFonts w:ascii="Arial" w:hAnsi="Arial" w:cs="Arial"/>
          <w:sz w:val="20"/>
          <w:szCs w:val="20"/>
          <w:lang w:val="de-DE"/>
        </w:rPr>
        <w:t>7</w:t>
      </w:r>
      <w:r w:rsidRPr="00FA529E">
        <w:rPr>
          <w:rFonts w:ascii="Arial" w:hAnsi="Arial" w:cs="Arial"/>
          <w:sz w:val="20"/>
          <w:szCs w:val="20"/>
          <w:lang w:val="de-DE"/>
        </w:rPr>
        <w:t xml:space="preserve"> und 202</w:t>
      </w:r>
      <w:r w:rsidR="00DF113C" w:rsidRPr="00FA529E">
        <w:rPr>
          <w:rFonts w:ascii="Arial" w:hAnsi="Arial" w:cs="Arial"/>
          <w:sz w:val="20"/>
          <w:szCs w:val="20"/>
          <w:lang w:val="de-DE"/>
        </w:rPr>
        <w:t>8</w:t>
      </w:r>
      <w:r w:rsidRPr="00FA529E">
        <w:rPr>
          <w:rFonts w:ascii="Arial" w:hAnsi="Arial" w:cs="Arial"/>
          <w:sz w:val="20"/>
          <w:szCs w:val="20"/>
          <w:lang w:val="de-DE"/>
        </w:rPr>
        <w:t xml:space="preserve"> anzugeben.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2127"/>
        <w:gridCol w:w="2268"/>
        <w:gridCol w:w="2292"/>
      </w:tblGrid>
      <w:tr w:rsidR="00373D90" w:rsidRPr="00EC4B32" w14:paraId="61F6FE6F" w14:textId="77777777" w:rsidTr="00FA529E">
        <w:trPr>
          <w:jc w:val="center"/>
        </w:trPr>
        <w:tc>
          <w:tcPr>
            <w:tcW w:w="2830" w:type="dxa"/>
            <w:shd w:val="clear" w:color="auto" w:fill="F2F2F2" w:themeFill="background1" w:themeFillShade="F2"/>
          </w:tcPr>
          <w:p w14:paraId="612BFFAE" w14:textId="77777777" w:rsidR="00373D90" w:rsidRPr="00EC4B32" w:rsidRDefault="0023539D">
            <w:pPr>
              <w:rPr>
                <w:rFonts w:ascii="Arial" w:hAnsi="Arial" w:cs="Arial"/>
                <w:b/>
                <w:bCs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b/>
                <w:bCs/>
                <w:color w:val="4F81BD" w:themeColor="accent1"/>
                <w:lang w:val="de-DE"/>
              </w:rPr>
              <w:t>Position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6FFC9FC8" w14:textId="77777777" w:rsidR="00373D90" w:rsidRPr="00EC4B32" w:rsidRDefault="0023539D">
            <w:pPr>
              <w:rPr>
                <w:rFonts w:ascii="Arial" w:hAnsi="Arial" w:cs="Arial"/>
                <w:b/>
                <w:bCs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b/>
                <w:bCs/>
                <w:color w:val="4F81BD" w:themeColor="accent1"/>
                <w:lang w:val="de-DE"/>
              </w:rPr>
              <w:t>Erläuterung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498AB93C" w14:textId="31DC58BD" w:rsidR="00373D90" w:rsidRPr="00EC4B32" w:rsidRDefault="0023539D">
            <w:pPr>
              <w:rPr>
                <w:rFonts w:ascii="Arial" w:hAnsi="Arial" w:cs="Arial"/>
                <w:b/>
                <w:bCs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b/>
                <w:bCs/>
                <w:color w:val="4F81BD" w:themeColor="accent1"/>
                <w:lang w:val="de-DE"/>
              </w:rPr>
              <w:t>202</w:t>
            </w:r>
            <w:r w:rsidR="00DF113C" w:rsidRPr="00EC4B32">
              <w:rPr>
                <w:rFonts w:ascii="Arial" w:hAnsi="Arial" w:cs="Arial"/>
                <w:b/>
                <w:bCs/>
                <w:color w:val="4F81BD" w:themeColor="accent1"/>
                <w:lang w:val="de-DE"/>
              </w:rPr>
              <w:t>7</w:t>
            </w:r>
          </w:p>
        </w:tc>
        <w:tc>
          <w:tcPr>
            <w:tcW w:w="2292" w:type="dxa"/>
            <w:shd w:val="clear" w:color="auto" w:fill="F2F2F2" w:themeFill="background1" w:themeFillShade="F2"/>
          </w:tcPr>
          <w:p w14:paraId="69F11D1E" w14:textId="0FAD3EA7" w:rsidR="00373D90" w:rsidRPr="00EC4B32" w:rsidRDefault="0023539D">
            <w:pPr>
              <w:rPr>
                <w:rFonts w:ascii="Arial" w:hAnsi="Arial" w:cs="Arial"/>
                <w:b/>
                <w:bCs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b/>
                <w:bCs/>
                <w:color w:val="4F81BD" w:themeColor="accent1"/>
                <w:lang w:val="de-DE"/>
              </w:rPr>
              <w:t>202</w:t>
            </w:r>
            <w:r w:rsidR="00DF113C" w:rsidRPr="00EC4B32">
              <w:rPr>
                <w:rFonts w:ascii="Arial" w:hAnsi="Arial" w:cs="Arial"/>
                <w:b/>
                <w:bCs/>
                <w:color w:val="4F81BD" w:themeColor="accent1"/>
                <w:lang w:val="de-DE"/>
              </w:rPr>
              <w:t>8</w:t>
            </w:r>
          </w:p>
        </w:tc>
      </w:tr>
      <w:tr w:rsidR="00EC4B32" w:rsidRPr="00EC4B32" w14:paraId="1925D64C" w14:textId="77777777" w:rsidTr="00EC4B32">
        <w:trPr>
          <w:jc w:val="center"/>
        </w:trPr>
        <w:tc>
          <w:tcPr>
            <w:tcW w:w="9517" w:type="dxa"/>
            <w:gridSpan w:val="4"/>
            <w:shd w:val="clear" w:color="auto" w:fill="F2F2F2" w:themeFill="background1" w:themeFillShade="F2"/>
          </w:tcPr>
          <w:p w14:paraId="2877DB53" w14:textId="15C3AE0F" w:rsidR="00EC4B32" w:rsidRPr="00EC4B32" w:rsidRDefault="00EC4B32" w:rsidP="00EC4B32">
            <w:pPr>
              <w:rPr>
                <w:lang w:val="de-DE"/>
              </w:rPr>
            </w:pPr>
            <w:r w:rsidRPr="00EC4B32">
              <w:rPr>
                <w:rFonts w:ascii="Arial" w:hAnsi="Arial" w:cs="Arial"/>
                <w:color w:val="4F81BD" w:themeColor="accent1"/>
                <w:lang w:val="de-DE"/>
              </w:rPr>
              <w:t>Personal- und Sachausgaben*</w:t>
            </w:r>
          </w:p>
        </w:tc>
      </w:tr>
      <w:tr w:rsidR="00373D90" w:rsidRPr="00EC4B32" w14:paraId="3D02F786" w14:textId="77777777" w:rsidTr="00FA529E">
        <w:trPr>
          <w:jc w:val="center"/>
        </w:trPr>
        <w:tc>
          <w:tcPr>
            <w:tcW w:w="2830" w:type="dxa"/>
          </w:tcPr>
          <w:p w14:paraId="64406010" w14:textId="77777777" w:rsidR="004B10DA" w:rsidRPr="00EC4B32" w:rsidRDefault="0023539D">
            <w:pPr>
              <w:rPr>
                <w:rFonts w:ascii="Arial" w:hAnsi="Arial" w:cs="Arial"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color w:val="4F81BD" w:themeColor="accent1"/>
                <w:lang w:val="de-DE"/>
              </w:rPr>
              <w:t xml:space="preserve">Personalausgaben* </w:t>
            </w:r>
          </w:p>
          <w:p w14:paraId="5B9ADE9A" w14:textId="384C5AB3" w:rsidR="00373D90" w:rsidRPr="00EC4B32" w:rsidRDefault="0023539D">
            <w:pPr>
              <w:rPr>
                <w:rFonts w:ascii="Arial" w:hAnsi="Arial" w:cs="Arial"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color w:val="4F81BD" w:themeColor="accent1"/>
                <w:lang w:val="de-DE"/>
              </w:rPr>
              <w:t>– Stelle 1</w:t>
            </w:r>
          </w:p>
        </w:tc>
        <w:sdt>
          <w:sdtPr>
            <w:rPr>
              <w:rFonts w:ascii="Arial" w:hAnsi="Arial" w:cs="Arial"/>
              <w:i/>
              <w:iCs/>
              <w:sz w:val="18"/>
              <w:szCs w:val="18"/>
              <w:lang w:val="de-DE"/>
            </w:rPr>
            <w:id w:val="1881200172"/>
            <w:placeholder>
              <w:docPart w:val="DefaultPlaceholder_-1854013440"/>
            </w:placeholder>
          </w:sdtPr>
          <w:sdtContent>
            <w:tc>
              <w:tcPr>
                <w:tcW w:w="2127" w:type="dxa"/>
              </w:tcPr>
              <w:p w14:paraId="5F5A8E3D" w14:textId="1407E656" w:rsidR="00373D90" w:rsidRPr="00EC4B32" w:rsidRDefault="00BF77C1">
                <w:pPr>
                  <w:rPr>
                    <w:rFonts w:ascii="Arial" w:hAnsi="Arial" w:cs="Arial"/>
                    <w:i/>
                    <w:iCs/>
                    <w:sz w:val="18"/>
                    <w:szCs w:val="18"/>
                    <w:lang w:val="de-DE"/>
                  </w:rPr>
                </w:pPr>
                <w:r>
                  <w:rPr>
                    <w:rFonts w:ascii="Arial" w:hAnsi="Arial" w:cs="Arial"/>
                    <w:i/>
                    <w:iCs/>
                    <w:sz w:val="18"/>
                    <w:szCs w:val="18"/>
                    <w:lang w:val="de-DE"/>
                  </w:rPr>
                  <w:t xml:space="preserve">Eingruppierung, Stufenzuordnung, Tarifvertrag, Wochenstunden, </w:t>
                </w:r>
                <w:proofErr w:type="spellStart"/>
                <w:r>
                  <w:rPr>
                    <w:rFonts w:ascii="Arial" w:hAnsi="Arial" w:cs="Arial"/>
                    <w:i/>
                    <w:iCs/>
                    <w:sz w:val="18"/>
                    <w:szCs w:val="18"/>
                    <w:lang w:val="de-DE"/>
                  </w:rPr>
                  <w:t>Arbeitgeberbrutto</w:t>
                </w:r>
                <w:proofErr w:type="spellEnd"/>
              </w:p>
            </w:tc>
          </w:sdtContent>
        </w:sdt>
        <w:sdt>
          <w:sdtPr>
            <w:rPr>
              <w:rFonts w:ascii="Arial" w:hAnsi="Arial" w:cs="Arial"/>
              <w:noProof/>
              <w:lang w:val="de-DE"/>
            </w:rPr>
            <w:id w:val="102243830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268" w:type="dxa"/>
              </w:tcPr>
              <w:p w14:paraId="300FA143" w14:textId="311E92A7" w:rsidR="00373D90" w:rsidRPr="00EC4B32" w:rsidRDefault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bookmarkStart w:id="0" w:name="Text1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0" w:displacedByCustomXml="next"/>
          </w:sdtContent>
        </w:sdt>
        <w:sdt>
          <w:sdtPr>
            <w:rPr>
              <w:noProof/>
              <w:lang w:val="de-DE"/>
            </w:rPr>
            <w:id w:val="115927298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292" w:type="dxa"/>
              </w:tcPr>
              <w:p w14:paraId="62AA5EC8" w14:textId="5A2F6D18" w:rsidR="00373D90" w:rsidRPr="00EC4B32" w:rsidRDefault="00BF77C1">
                <w:pPr>
                  <w:rPr>
                    <w:lang w:val="de-DE"/>
                  </w:rPr>
                </w:pPr>
                <w:r>
                  <w:rPr>
                    <w:noProof/>
                    <w:lang w:val="de-DE"/>
                  </w:rPr>
                  <w:fldChar w:fldCharType="begin">
                    <w:ffData>
                      <w:name w:val="Text2"/>
                      <w:enabled/>
                      <w:calcOnExit w:val="0"/>
                      <w:textInput/>
                    </w:ffData>
                  </w:fldChar>
                </w:r>
                <w:bookmarkStart w:id="1" w:name="Text2"/>
                <w:r>
                  <w:rPr>
                    <w:noProof/>
                    <w:lang w:val="de-DE"/>
                  </w:rPr>
                  <w:instrText xml:space="preserve"> FORMTEXT </w:instrText>
                </w:r>
                <w:r>
                  <w:rPr>
                    <w:noProof/>
                    <w:lang w:val="de-DE"/>
                  </w:rPr>
                </w:r>
                <w:r>
                  <w:rPr>
                    <w:noProof/>
                    <w:lang w:val="de-DE"/>
                  </w:rPr>
                  <w:fldChar w:fldCharType="separate"/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fldChar w:fldCharType="end"/>
                </w:r>
              </w:p>
            </w:tc>
            <w:bookmarkEnd w:id="1" w:displacedByCustomXml="next"/>
          </w:sdtContent>
        </w:sdt>
      </w:tr>
      <w:tr w:rsidR="00373D90" w:rsidRPr="00EC4B32" w14:paraId="7FB9E0F1" w14:textId="77777777" w:rsidTr="00FA529E">
        <w:trPr>
          <w:jc w:val="center"/>
        </w:trPr>
        <w:tc>
          <w:tcPr>
            <w:tcW w:w="2830" w:type="dxa"/>
          </w:tcPr>
          <w:p w14:paraId="14718D6F" w14:textId="77777777" w:rsidR="004B10DA" w:rsidRPr="00EC4B32" w:rsidRDefault="0023539D">
            <w:pPr>
              <w:rPr>
                <w:rFonts w:ascii="Arial" w:hAnsi="Arial" w:cs="Arial"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color w:val="4F81BD" w:themeColor="accent1"/>
                <w:lang w:val="de-DE"/>
              </w:rPr>
              <w:t xml:space="preserve">Personalausgaben* </w:t>
            </w:r>
          </w:p>
          <w:p w14:paraId="35DE937E" w14:textId="14B23A41" w:rsidR="00373D90" w:rsidRPr="00EC4B32" w:rsidRDefault="0023539D">
            <w:pPr>
              <w:rPr>
                <w:rFonts w:ascii="Arial" w:hAnsi="Arial" w:cs="Arial"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color w:val="4F81BD" w:themeColor="accent1"/>
                <w:lang w:val="de-DE"/>
              </w:rPr>
              <w:t>– Stelle 2</w:t>
            </w:r>
          </w:p>
        </w:tc>
        <w:sdt>
          <w:sdtPr>
            <w:rPr>
              <w:rFonts w:ascii="Arial" w:hAnsi="Arial" w:cs="Arial"/>
              <w:i/>
              <w:iCs/>
              <w:sz w:val="18"/>
              <w:szCs w:val="18"/>
              <w:lang w:val="de-DE"/>
            </w:rPr>
            <w:id w:val="858858735"/>
            <w:placeholder>
              <w:docPart w:val="DefaultPlaceholder_-1854013440"/>
            </w:placeholder>
          </w:sdtPr>
          <w:sdtContent>
            <w:tc>
              <w:tcPr>
                <w:tcW w:w="2127" w:type="dxa"/>
              </w:tcPr>
              <w:p w14:paraId="36CD0B03" w14:textId="36B16B46" w:rsidR="00373D90" w:rsidRPr="00EC4B32" w:rsidRDefault="00BF77C1">
                <w:pPr>
                  <w:rPr>
                    <w:rFonts w:ascii="Arial" w:hAnsi="Arial" w:cs="Arial"/>
                    <w:i/>
                    <w:iCs/>
                    <w:sz w:val="18"/>
                    <w:szCs w:val="18"/>
                    <w:lang w:val="de-DE"/>
                  </w:rPr>
                </w:pPr>
                <w:r>
                  <w:rPr>
                    <w:rFonts w:ascii="Arial" w:hAnsi="Arial" w:cs="Arial"/>
                    <w:i/>
                    <w:iCs/>
                    <w:sz w:val="18"/>
                    <w:szCs w:val="18"/>
                    <w:lang w:val="de-DE"/>
                  </w:rPr>
                  <w:t xml:space="preserve">Eingruppierung, Stufenzuordnung, Tarifvertrag, Wochenstunden, </w:t>
                </w:r>
                <w:proofErr w:type="spellStart"/>
                <w:r>
                  <w:rPr>
                    <w:rFonts w:ascii="Arial" w:hAnsi="Arial" w:cs="Arial"/>
                    <w:i/>
                    <w:iCs/>
                    <w:sz w:val="18"/>
                    <w:szCs w:val="18"/>
                    <w:lang w:val="de-DE"/>
                  </w:rPr>
                  <w:t>Arbeitgeberbrutto</w:t>
                </w:r>
                <w:proofErr w:type="spellEnd"/>
              </w:p>
            </w:tc>
          </w:sdtContent>
        </w:sdt>
        <w:sdt>
          <w:sdtPr>
            <w:rPr>
              <w:rFonts w:ascii="Arial" w:hAnsi="Arial" w:cs="Arial"/>
              <w:noProof/>
              <w:lang w:val="de-DE"/>
            </w:rPr>
            <w:id w:val="-13364388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268" w:type="dxa"/>
              </w:tcPr>
              <w:p w14:paraId="732C3B71" w14:textId="0AF66C7D" w:rsidR="00373D90" w:rsidRPr="00EC4B32" w:rsidRDefault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bookmarkStart w:id="2" w:name="Text3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2" w:displacedByCustomXml="next"/>
          </w:sdtContent>
        </w:sdt>
        <w:sdt>
          <w:sdtPr>
            <w:rPr>
              <w:noProof/>
              <w:lang w:val="de-DE"/>
            </w:rPr>
            <w:id w:val="18425741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292" w:type="dxa"/>
              </w:tcPr>
              <w:p w14:paraId="02F15797" w14:textId="729606CD" w:rsidR="00373D90" w:rsidRPr="00EC4B32" w:rsidRDefault="00BF77C1">
                <w:pPr>
                  <w:rPr>
                    <w:lang w:val="de-DE"/>
                  </w:rPr>
                </w:pPr>
                <w:r>
                  <w:rPr>
                    <w:noProof/>
                    <w:lang w:val="de-DE"/>
                  </w:rPr>
                  <w:fldChar w:fldCharType="begin">
                    <w:ffData>
                      <w:name w:val="Text4"/>
                      <w:enabled/>
                      <w:calcOnExit w:val="0"/>
                      <w:textInput/>
                    </w:ffData>
                  </w:fldChar>
                </w:r>
                <w:bookmarkStart w:id="3" w:name="Text4"/>
                <w:r>
                  <w:rPr>
                    <w:noProof/>
                    <w:lang w:val="de-DE"/>
                  </w:rPr>
                  <w:instrText xml:space="preserve"> FORMTEXT </w:instrText>
                </w:r>
                <w:r>
                  <w:rPr>
                    <w:noProof/>
                    <w:lang w:val="de-DE"/>
                  </w:rPr>
                </w:r>
                <w:r>
                  <w:rPr>
                    <w:noProof/>
                    <w:lang w:val="de-DE"/>
                  </w:rPr>
                  <w:fldChar w:fldCharType="separate"/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fldChar w:fldCharType="end"/>
                </w:r>
              </w:p>
            </w:tc>
            <w:bookmarkEnd w:id="3" w:displacedByCustomXml="next"/>
          </w:sdtContent>
        </w:sdt>
      </w:tr>
      <w:tr w:rsidR="00373D90" w:rsidRPr="00EC4B32" w14:paraId="1425431D" w14:textId="77777777" w:rsidTr="00FA529E">
        <w:trPr>
          <w:jc w:val="center"/>
        </w:trPr>
        <w:tc>
          <w:tcPr>
            <w:tcW w:w="2830" w:type="dxa"/>
          </w:tcPr>
          <w:p w14:paraId="18F77A63" w14:textId="77777777" w:rsidR="00373D90" w:rsidRPr="00EC4B32" w:rsidRDefault="0023539D">
            <w:pPr>
              <w:rPr>
                <w:rFonts w:ascii="Arial" w:hAnsi="Arial" w:cs="Arial"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color w:val="4F81BD" w:themeColor="accent1"/>
                <w:lang w:val="de-DE"/>
              </w:rPr>
              <w:t>Kommunikationsausgaben</w:t>
            </w:r>
          </w:p>
        </w:tc>
        <w:sdt>
          <w:sdtPr>
            <w:rPr>
              <w:rFonts w:ascii="Arial" w:hAnsi="Arial" w:cs="Arial"/>
              <w:i/>
              <w:iCs/>
              <w:sz w:val="18"/>
              <w:szCs w:val="18"/>
              <w:lang w:val="de-DE"/>
            </w:rPr>
            <w:id w:val="-1131082236"/>
            <w:placeholder>
              <w:docPart w:val="DefaultPlaceholder_-1854013440"/>
            </w:placeholder>
          </w:sdtPr>
          <w:sdtContent>
            <w:tc>
              <w:tcPr>
                <w:tcW w:w="2127" w:type="dxa"/>
              </w:tcPr>
              <w:p w14:paraId="691EE3AE" w14:textId="1B740C3B" w:rsidR="00373D90" w:rsidRPr="00EC4B32" w:rsidRDefault="00BF77C1">
                <w:pPr>
                  <w:rPr>
                    <w:rFonts w:ascii="Arial" w:hAnsi="Arial" w:cs="Arial"/>
                    <w:i/>
                    <w:iCs/>
                    <w:sz w:val="18"/>
                    <w:szCs w:val="18"/>
                    <w:lang w:val="de-DE"/>
                  </w:rPr>
                </w:pPr>
                <w:r>
                  <w:rPr>
                    <w:rFonts w:ascii="Arial" w:hAnsi="Arial" w:cs="Arial"/>
                    <w:i/>
                    <w:iCs/>
                    <w:sz w:val="18"/>
                    <w:szCs w:val="18"/>
                    <w:lang w:val="de-DE"/>
                  </w:rPr>
                  <w:t>z.B.: IT, Telefon</w:t>
                </w:r>
              </w:p>
            </w:tc>
          </w:sdtContent>
        </w:sdt>
        <w:sdt>
          <w:sdtPr>
            <w:rPr>
              <w:rFonts w:ascii="Arial" w:hAnsi="Arial" w:cs="Arial"/>
              <w:noProof/>
              <w:lang w:val="de-DE"/>
            </w:rPr>
            <w:id w:val="-72753758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268" w:type="dxa"/>
              </w:tcPr>
              <w:p w14:paraId="6111817F" w14:textId="447B9670" w:rsidR="00373D90" w:rsidRPr="00EC4B32" w:rsidRDefault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5"/>
                      <w:enabled/>
                      <w:calcOnExit w:val="0"/>
                      <w:textInput/>
                    </w:ffData>
                  </w:fldChar>
                </w:r>
                <w:bookmarkStart w:id="4" w:name="Text5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4" w:displacedByCustomXml="next"/>
          </w:sdtContent>
        </w:sdt>
        <w:sdt>
          <w:sdtPr>
            <w:rPr>
              <w:noProof/>
              <w:lang w:val="de-DE"/>
            </w:rPr>
            <w:id w:val="50479236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292" w:type="dxa"/>
              </w:tcPr>
              <w:p w14:paraId="77A1C591" w14:textId="4C800308" w:rsidR="00373D90" w:rsidRPr="00EC4B32" w:rsidRDefault="00BF77C1">
                <w:pPr>
                  <w:rPr>
                    <w:lang w:val="de-DE"/>
                  </w:rPr>
                </w:pPr>
                <w:r>
                  <w:rPr>
                    <w:noProof/>
                    <w:lang w:val="de-DE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bookmarkStart w:id="5" w:name="Text6"/>
                <w:r>
                  <w:rPr>
                    <w:noProof/>
                    <w:lang w:val="de-DE"/>
                  </w:rPr>
                  <w:instrText xml:space="preserve"> FORMTEXT </w:instrText>
                </w:r>
                <w:r>
                  <w:rPr>
                    <w:noProof/>
                    <w:lang w:val="de-DE"/>
                  </w:rPr>
                </w:r>
                <w:r>
                  <w:rPr>
                    <w:noProof/>
                    <w:lang w:val="de-DE"/>
                  </w:rPr>
                  <w:fldChar w:fldCharType="separate"/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fldChar w:fldCharType="end"/>
                </w:r>
              </w:p>
            </w:tc>
            <w:bookmarkEnd w:id="5" w:displacedByCustomXml="next"/>
          </w:sdtContent>
        </w:sdt>
      </w:tr>
      <w:tr w:rsidR="00BF77C1" w:rsidRPr="00EC4B32" w14:paraId="6E9C5EC5" w14:textId="77777777" w:rsidTr="00FA529E">
        <w:trPr>
          <w:jc w:val="center"/>
        </w:trPr>
        <w:tc>
          <w:tcPr>
            <w:tcW w:w="2830" w:type="dxa"/>
          </w:tcPr>
          <w:p w14:paraId="748C77B0" w14:textId="77777777" w:rsidR="00BF77C1" w:rsidRPr="00EC4B32" w:rsidRDefault="00BF77C1" w:rsidP="00BF77C1">
            <w:pPr>
              <w:rPr>
                <w:rFonts w:ascii="Arial" w:hAnsi="Arial" w:cs="Arial"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color w:val="4F81BD" w:themeColor="accent1"/>
                <w:lang w:val="de-DE"/>
              </w:rPr>
              <w:t>Büro- und Verbrauchsmaterial</w:t>
            </w:r>
          </w:p>
        </w:tc>
        <w:sdt>
          <w:sdtPr>
            <w:rPr>
              <w:rFonts w:ascii="Arial" w:hAnsi="Arial" w:cs="Arial"/>
              <w:i/>
              <w:iCs/>
              <w:sz w:val="18"/>
              <w:szCs w:val="18"/>
              <w:lang w:val="de-DE"/>
            </w:rPr>
            <w:id w:val="139309459"/>
            <w:placeholder>
              <w:docPart w:val="DefaultPlaceholder_-1854013440"/>
            </w:placeholder>
          </w:sdtPr>
          <w:sdtContent>
            <w:tc>
              <w:tcPr>
                <w:tcW w:w="2127" w:type="dxa"/>
              </w:tcPr>
              <w:p w14:paraId="4BD89811" w14:textId="4F4CE9D3" w:rsidR="00BF77C1" w:rsidRPr="00EC4B32" w:rsidRDefault="00BD219B" w:rsidP="00BF77C1">
                <w:pPr>
                  <w:rPr>
                    <w:rFonts w:ascii="Arial" w:hAnsi="Arial" w:cs="Arial"/>
                    <w:i/>
                    <w:iCs/>
                    <w:sz w:val="18"/>
                    <w:szCs w:val="18"/>
                    <w:lang w:val="de-DE"/>
                  </w:rPr>
                </w:pPr>
                <w:r>
                  <w:rPr>
                    <w:rFonts w:ascii="Arial" w:hAnsi="Arial" w:cs="Arial"/>
                    <w:i/>
                    <w:iCs/>
                    <w:sz w:val="18"/>
                    <w:szCs w:val="18"/>
                    <w:lang w:val="de-DE"/>
                  </w:rPr>
                  <w:t>z.B.: Stifte, Papier</w:t>
                </w:r>
              </w:p>
            </w:tc>
          </w:sdtContent>
        </w:sdt>
        <w:sdt>
          <w:sdtPr>
            <w:rPr>
              <w:rFonts w:ascii="Arial" w:hAnsi="Arial" w:cs="Arial"/>
              <w:noProof/>
              <w:lang w:val="de-DE"/>
            </w:rPr>
            <w:id w:val="65238933"/>
            <w:placeholder>
              <w:docPart w:val="8C38D519B7B044B6AFE3BE3F0A093FE5"/>
            </w:placeholder>
            <w:text/>
          </w:sdtPr>
          <w:sdtContent>
            <w:tc>
              <w:tcPr>
                <w:tcW w:w="2268" w:type="dxa"/>
              </w:tcPr>
              <w:p w14:paraId="4F4EAB34" w14:textId="27FB0D85" w:rsidR="00BF77C1" w:rsidRPr="00EC4B32" w:rsidRDefault="00BF77C1" w:rsidP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7"/>
                      <w:enabled/>
                      <w:calcOnExit w:val="0"/>
                      <w:textInput/>
                    </w:ffData>
                  </w:fldChar>
                </w:r>
                <w:bookmarkStart w:id="6" w:name="Text7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6" w:displacedByCustomXml="next"/>
          </w:sdtContent>
        </w:sdt>
        <w:sdt>
          <w:sdtPr>
            <w:rPr>
              <w:noProof/>
              <w:lang w:val="de-DE"/>
            </w:rPr>
            <w:id w:val="23608843"/>
            <w:placeholder>
              <w:docPart w:val="8C38D519B7B044B6AFE3BE3F0A093FE5"/>
            </w:placeholder>
            <w:text/>
          </w:sdtPr>
          <w:sdtContent>
            <w:tc>
              <w:tcPr>
                <w:tcW w:w="2292" w:type="dxa"/>
              </w:tcPr>
              <w:p w14:paraId="180ABA5E" w14:textId="20B2CD78" w:rsidR="00BF77C1" w:rsidRPr="00EC4B32" w:rsidRDefault="00BF77C1" w:rsidP="00BF77C1">
                <w:pPr>
                  <w:rPr>
                    <w:lang w:val="de-DE"/>
                  </w:rPr>
                </w:pPr>
                <w:r>
                  <w:rPr>
                    <w:noProof/>
                    <w:lang w:val="de-DE"/>
                  </w:rPr>
                  <w:fldChar w:fldCharType="begin">
                    <w:ffData>
                      <w:name w:val="Text8"/>
                      <w:enabled/>
                      <w:calcOnExit w:val="0"/>
                      <w:textInput/>
                    </w:ffData>
                  </w:fldChar>
                </w:r>
                <w:bookmarkStart w:id="7" w:name="Text8"/>
                <w:r>
                  <w:rPr>
                    <w:noProof/>
                    <w:lang w:val="de-DE"/>
                  </w:rPr>
                  <w:instrText xml:space="preserve"> FORMTEXT </w:instrText>
                </w:r>
                <w:r>
                  <w:rPr>
                    <w:noProof/>
                    <w:lang w:val="de-DE"/>
                  </w:rPr>
                </w:r>
                <w:r>
                  <w:rPr>
                    <w:noProof/>
                    <w:lang w:val="de-DE"/>
                  </w:rPr>
                  <w:fldChar w:fldCharType="separate"/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fldChar w:fldCharType="end"/>
                </w:r>
              </w:p>
            </w:tc>
            <w:bookmarkEnd w:id="7" w:displacedByCustomXml="next"/>
          </w:sdtContent>
        </w:sdt>
      </w:tr>
      <w:tr w:rsidR="00BF77C1" w:rsidRPr="00EC4B32" w14:paraId="4D33AC17" w14:textId="77777777" w:rsidTr="00FA529E">
        <w:trPr>
          <w:jc w:val="center"/>
        </w:trPr>
        <w:tc>
          <w:tcPr>
            <w:tcW w:w="2830" w:type="dxa"/>
          </w:tcPr>
          <w:p w14:paraId="7FEC955D" w14:textId="77777777" w:rsidR="00BF77C1" w:rsidRPr="00EC4B32" w:rsidRDefault="00BF77C1" w:rsidP="00BF77C1">
            <w:pPr>
              <w:rPr>
                <w:rFonts w:ascii="Arial" w:hAnsi="Arial" w:cs="Arial"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color w:val="4F81BD" w:themeColor="accent1"/>
                <w:lang w:val="de-DE"/>
              </w:rPr>
              <w:t>Kopie- und Druckausgaben</w:t>
            </w:r>
          </w:p>
        </w:tc>
        <w:tc>
          <w:tcPr>
            <w:tcW w:w="2127" w:type="dxa"/>
          </w:tcPr>
          <w:p w14:paraId="322AFCE8" w14:textId="52D1A781" w:rsidR="00BF77C1" w:rsidRPr="00EC4B32" w:rsidRDefault="00BF77C1" w:rsidP="00BF77C1">
            <w:pP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8" w:name="Text35"/>
            <w: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  <w:fldChar w:fldCharType="end"/>
            </w:r>
            <w:bookmarkEnd w:id="8"/>
          </w:p>
        </w:tc>
        <w:sdt>
          <w:sdtPr>
            <w:rPr>
              <w:rFonts w:ascii="Arial" w:hAnsi="Arial" w:cs="Arial"/>
              <w:noProof/>
              <w:lang w:val="de-DE"/>
            </w:rPr>
            <w:id w:val="1100299356"/>
            <w:placeholder>
              <w:docPart w:val="8C38D519B7B044B6AFE3BE3F0A093FE5"/>
            </w:placeholder>
            <w:text/>
          </w:sdtPr>
          <w:sdtContent>
            <w:tc>
              <w:tcPr>
                <w:tcW w:w="2268" w:type="dxa"/>
              </w:tcPr>
              <w:p w14:paraId="36352E51" w14:textId="47C55E9A" w:rsidR="00BF77C1" w:rsidRPr="00EC4B32" w:rsidRDefault="00BF77C1" w:rsidP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9"/>
                      <w:enabled/>
                      <w:calcOnExit w:val="0"/>
                      <w:textInput/>
                    </w:ffData>
                  </w:fldChar>
                </w:r>
                <w:bookmarkStart w:id="9" w:name="Text9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9" w:displacedByCustomXml="next"/>
          </w:sdtContent>
        </w:sdt>
        <w:sdt>
          <w:sdtPr>
            <w:rPr>
              <w:noProof/>
              <w:lang w:val="de-DE"/>
            </w:rPr>
            <w:id w:val="-1120836996"/>
            <w:placeholder>
              <w:docPart w:val="8C38D519B7B044B6AFE3BE3F0A093FE5"/>
            </w:placeholder>
            <w:text/>
          </w:sdtPr>
          <w:sdtContent>
            <w:tc>
              <w:tcPr>
                <w:tcW w:w="2292" w:type="dxa"/>
              </w:tcPr>
              <w:p w14:paraId="313EB1B1" w14:textId="5248E48B" w:rsidR="00BF77C1" w:rsidRPr="00EC4B32" w:rsidRDefault="00BF77C1" w:rsidP="00BF77C1">
                <w:pPr>
                  <w:rPr>
                    <w:lang w:val="de-DE"/>
                  </w:rPr>
                </w:pPr>
                <w:r>
                  <w:rPr>
                    <w:noProof/>
                    <w:lang w:val="de-DE"/>
                  </w:rPr>
                  <w:fldChar w:fldCharType="begin">
                    <w:ffData>
                      <w:name w:val="Text10"/>
                      <w:enabled/>
                      <w:calcOnExit w:val="0"/>
                      <w:textInput/>
                    </w:ffData>
                  </w:fldChar>
                </w:r>
                <w:bookmarkStart w:id="10" w:name="Text10"/>
                <w:r>
                  <w:rPr>
                    <w:noProof/>
                    <w:lang w:val="de-DE"/>
                  </w:rPr>
                  <w:instrText xml:space="preserve"> FORMTEXT </w:instrText>
                </w:r>
                <w:r>
                  <w:rPr>
                    <w:noProof/>
                    <w:lang w:val="de-DE"/>
                  </w:rPr>
                </w:r>
                <w:r>
                  <w:rPr>
                    <w:noProof/>
                    <w:lang w:val="de-DE"/>
                  </w:rPr>
                  <w:fldChar w:fldCharType="separate"/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fldChar w:fldCharType="end"/>
                </w:r>
              </w:p>
            </w:tc>
            <w:bookmarkEnd w:id="10" w:displacedByCustomXml="next"/>
          </w:sdtContent>
        </w:sdt>
      </w:tr>
      <w:tr w:rsidR="00BF77C1" w:rsidRPr="00EC4B32" w14:paraId="263FC676" w14:textId="77777777" w:rsidTr="00FA529E">
        <w:trPr>
          <w:jc w:val="center"/>
        </w:trPr>
        <w:tc>
          <w:tcPr>
            <w:tcW w:w="2830" w:type="dxa"/>
          </w:tcPr>
          <w:p w14:paraId="525DD18F" w14:textId="77777777" w:rsidR="00BF77C1" w:rsidRPr="00EC4B32" w:rsidRDefault="00BF77C1" w:rsidP="00BF77C1">
            <w:pPr>
              <w:rPr>
                <w:rFonts w:ascii="Arial" w:hAnsi="Arial" w:cs="Arial"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color w:val="4F81BD" w:themeColor="accent1"/>
                <w:lang w:val="de-DE"/>
              </w:rPr>
              <w:t>Öffentlichkeitsarbeit</w:t>
            </w:r>
          </w:p>
        </w:tc>
        <w:sdt>
          <w:sdtPr>
            <w:rPr>
              <w:rFonts w:ascii="Arial" w:hAnsi="Arial" w:cs="Arial"/>
              <w:i/>
              <w:iCs/>
              <w:sz w:val="18"/>
              <w:szCs w:val="18"/>
              <w:lang w:val="de-DE"/>
            </w:rPr>
            <w:id w:val="1668057176"/>
            <w:placeholder>
              <w:docPart w:val="DefaultPlaceholder_-1854013440"/>
            </w:placeholder>
          </w:sdtPr>
          <w:sdtContent>
            <w:tc>
              <w:tcPr>
                <w:tcW w:w="2127" w:type="dxa"/>
              </w:tcPr>
              <w:p w14:paraId="743D47AB" w14:textId="63F94A87" w:rsidR="00BF77C1" w:rsidRPr="00EC4B32" w:rsidRDefault="00BD219B" w:rsidP="00BF77C1">
                <w:pPr>
                  <w:rPr>
                    <w:rFonts w:ascii="Arial" w:hAnsi="Arial" w:cs="Arial"/>
                    <w:i/>
                    <w:iCs/>
                    <w:sz w:val="18"/>
                    <w:szCs w:val="18"/>
                    <w:lang w:val="de-DE"/>
                  </w:rPr>
                </w:pPr>
                <w:r>
                  <w:rPr>
                    <w:rFonts w:ascii="Arial" w:hAnsi="Arial" w:cs="Arial"/>
                    <w:i/>
                    <w:iCs/>
                    <w:sz w:val="18"/>
                    <w:szCs w:val="18"/>
                    <w:lang w:val="de-DE"/>
                  </w:rPr>
                  <w:t>z.B.: Druck, Flyer, Porto</w:t>
                </w:r>
              </w:p>
            </w:tc>
          </w:sdtContent>
        </w:sdt>
        <w:sdt>
          <w:sdtPr>
            <w:rPr>
              <w:rFonts w:ascii="Arial" w:hAnsi="Arial" w:cs="Arial"/>
              <w:noProof/>
              <w:lang w:val="de-DE"/>
            </w:rPr>
            <w:id w:val="1211312205"/>
            <w:placeholder>
              <w:docPart w:val="33490E22B7EE4F6597EC94EFCDCF90AE"/>
            </w:placeholder>
            <w:text/>
          </w:sdtPr>
          <w:sdtContent>
            <w:tc>
              <w:tcPr>
                <w:tcW w:w="2268" w:type="dxa"/>
              </w:tcPr>
              <w:p w14:paraId="6DF35A76" w14:textId="23AD8DE2" w:rsidR="00BF77C1" w:rsidRPr="00EC4B32" w:rsidRDefault="00BF77C1" w:rsidP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11"/>
                      <w:enabled/>
                      <w:calcOnExit w:val="0"/>
                      <w:textInput/>
                    </w:ffData>
                  </w:fldChar>
                </w:r>
                <w:bookmarkStart w:id="11" w:name="Text11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11" w:displacedByCustomXml="next"/>
          </w:sdtContent>
        </w:sdt>
        <w:sdt>
          <w:sdtPr>
            <w:rPr>
              <w:noProof/>
              <w:lang w:val="de-DE"/>
            </w:rPr>
            <w:id w:val="613865255"/>
            <w:placeholder>
              <w:docPart w:val="33490E22B7EE4F6597EC94EFCDCF90AE"/>
            </w:placeholder>
            <w:text/>
          </w:sdtPr>
          <w:sdtContent>
            <w:tc>
              <w:tcPr>
                <w:tcW w:w="2292" w:type="dxa"/>
              </w:tcPr>
              <w:p w14:paraId="2BE25E13" w14:textId="4E87AE9D" w:rsidR="00BF77C1" w:rsidRPr="00EC4B32" w:rsidRDefault="00BF77C1" w:rsidP="00BF77C1">
                <w:pPr>
                  <w:rPr>
                    <w:lang w:val="de-DE"/>
                  </w:rPr>
                </w:pPr>
                <w:r>
                  <w:rPr>
                    <w:noProof/>
                    <w:lang w:val="de-DE"/>
                  </w:rPr>
                  <w:fldChar w:fldCharType="begin">
                    <w:ffData>
                      <w:name w:val="Text12"/>
                      <w:enabled/>
                      <w:calcOnExit w:val="0"/>
                      <w:textInput/>
                    </w:ffData>
                  </w:fldChar>
                </w:r>
                <w:bookmarkStart w:id="12" w:name="Text12"/>
                <w:r>
                  <w:rPr>
                    <w:noProof/>
                    <w:lang w:val="de-DE"/>
                  </w:rPr>
                  <w:instrText xml:space="preserve"> FORMTEXT </w:instrText>
                </w:r>
                <w:r>
                  <w:rPr>
                    <w:noProof/>
                    <w:lang w:val="de-DE"/>
                  </w:rPr>
                </w:r>
                <w:r>
                  <w:rPr>
                    <w:noProof/>
                    <w:lang w:val="de-DE"/>
                  </w:rPr>
                  <w:fldChar w:fldCharType="separate"/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fldChar w:fldCharType="end"/>
                </w:r>
              </w:p>
            </w:tc>
            <w:bookmarkEnd w:id="12" w:displacedByCustomXml="next"/>
          </w:sdtContent>
        </w:sdt>
      </w:tr>
      <w:tr w:rsidR="00BF77C1" w:rsidRPr="00EC4B32" w14:paraId="2595C9A0" w14:textId="77777777" w:rsidTr="00FA529E">
        <w:trPr>
          <w:jc w:val="center"/>
        </w:trPr>
        <w:tc>
          <w:tcPr>
            <w:tcW w:w="2830" w:type="dxa"/>
          </w:tcPr>
          <w:p w14:paraId="77AD623F" w14:textId="77777777" w:rsidR="00BF77C1" w:rsidRPr="00EC4B32" w:rsidRDefault="00BF77C1" w:rsidP="00BF77C1">
            <w:pPr>
              <w:rPr>
                <w:rFonts w:ascii="Arial" w:hAnsi="Arial" w:cs="Arial"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color w:val="4F81BD" w:themeColor="accent1"/>
                <w:lang w:val="de-DE"/>
              </w:rPr>
              <w:t>Miete</w:t>
            </w:r>
          </w:p>
        </w:tc>
        <w:sdt>
          <w:sdtPr>
            <w:rPr>
              <w:rFonts w:ascii="Arial" w:hAnsi="Arial" w:cs="Arial"/>
              <w:i/>
              <w:iCs/>
              <w:sz w:val="18"/>
              <w:szCs w:val="18"/>
              <w:lang w:val="de-DE"/>
            </w:rPr>
            <w:id w:val="-533117207"/>
            <w:placeholder>
              <w:docPart w:val="DefaultPlaceholder_-1854013440"/>
            </w:placeholder>
          </w:sdtPr>
          <w:sdtContent>
            <w:tc>
              <w:tcPr>
                <w:tcW w:w="2127" w:type="dxa"/>
              </w:tcPr>
              <w:p w14:paraId="519F12BB" w14:textId="6B1A6633" w:rsidR="00BF77C1" w:rsidRPr="00EC4B32" w:rsidRDefault="00BF77C1" w:rsidP="00BF77C1">
                <w:pPr>
                  <w:rPr>
                    <w:rFonts w:ascii="Arial" w:hAnsi="Arial" w:cs="Arial"/>
                    <w:i/>
                    <w:iCs/>
                    <w:sz w:val="18"/>
                    <w:szCs w:val="18"/>
                    <w:lang w:val="de-DE"/>
                  </w:rPr>
                </w:pPr>
                <w:r>
                  <w:rPr>
                    <w:rFonts w:ascii="Arial" w:hAnsi="Arial" w:cs="Arial"/>
                    <w:i/>
                    <w:iCs/>
                    <w:sz w:val="18"/>
                    <w:szCs w:val="18"/>
                    <w:lang w:val="de-DE"/>
                  </w:rPr>
                  <w:t>Inkl. Mietnebenkosten, wie z.B. Strom</w:t>
                </w:r>
              </w:p>
            </w:tc>
          </w:sdtContent>
        </w:sdt>
        <w:sdt>
          <w:sdtPr>
            <w:rPr>
              <w:rFonts w:ascii="Arial" w:hAnsi="Arial" w:cs="Arial"/>
              <w:noProof/>
              <w:lang w:val="de-DE"/>
            </w:rPr>
            <w:id w:val="-211658788"/>
            <w:placeholder>
              <w:docPart w:val="33490E22B7EE4F6597EC94EFCDCF90AE"/>
            </w:placeholder>
            <w:text/>
          </w:sdtPr>
          <w:sdtContent>
            <w:tc>
              <w:tcPr>
                <w:tcW w:w="2268" w:type="dxa"/>
              </w:tcPr>
              <w:p w14:paraId="5E9E75E9" w14:textId="1DE58EDA" w:rsidR="00BF77C1" w:rsidRPr="00EC4B32" w:rsidRDefault="00BF77C1" w:rsidP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13"/>
                      <w:enabled/>
                      <w:calcOnExit w:val="0"/>
                      <w:textInput/>
                    </w:ffData>
                  </w:fldChar>
                </w:r>
                <w:bookmarkStart w:id="13" w:name="Text13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13" w:displacedByCustomXml="next"/>
          </w:sdtContent>
        </w:sdt>
        <w:sdt>
          <w:sdtPr>
            <w:rPr>
              <w:noProof/>
              <w:lang w:val="de-DE"/>
            </w:rPr>
            <w:id w:val="1436088095"/>
            <w:placeholder>
              <w:docPart w:val="33490E22B7EE4F6597EC94EFCDCF90AE"/>
            </w:placeholder>
            <w:text/>
          </w:sdtPr>
          <w:sdtContent>
            <w:tc>
              <w:tcPr>
                <w:tcW w:w="2292" w:type="dxa"/>
              </w:tcPr>
              <w:p w14:paraId="001E4DA8" w14:textId="328DCE32" w:rsidR="00BF77C1" w:rsidRPr="00EC4B32" w:rsidRDefault="00BF77C1" w:rsidP="00BF77C1">
                <w:pPr>
                  <w:rPr>
                    <w:lang w:val="de-DE"/>
                  </w:rPr>
                </w:pPr>
                <w:r>
                  <w:rPr>
                    <w:noProof/>
                    <w:lang w:val="de-DE"/>
                  </w:rPr>
                  <w:fldChar w:fldCharType="begin">
                    <w:ffData>
                      <w:name w:val="Text14"/>
                      <w:enabled/>
                      <w:calcOnExit w:val="0"/>
                      <w:textInput/>
                    </w:ffData>
                  </w:fldChar>
                </w:r>
                <w:bookmarkStart w:id="14" w:name="Text14"/>
                <w:r>
                  <w:rPr>
                    <w:noProof/>
                    <w:lang w:val="de-DE"/>
                  </w:rPr>
                  <w:instrText xml:space="preserve"> FORMTEXT </w:instrText>
                </w:r>
                <w:r>
                  <w:rPr>
                    <w:noProof/>
                    <w:lang w:val="de-DE"/>
                  </w:rPr>
                </w:r>
                <w:r>
                  <w:rPr>
                    <w:noProof/>
                    <w:lang w:val="de-DE"/>
                  </w:rPr>
                  <w:fldChar w:fldCharType="separate"/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fldChar w:fldCharType="end"/>
                </w:r>
              </w:p>
            </w:tc>
            <w:bookmarkEnd w:id="14" w:displacedByCustomXml="next"/>
          </w:sdtContent>
        </w:sdt>
      </w:tr>
      <w:tr w:rsidR="00BF77C1" w:rsidRPr="00EC4B32" w14:paraId="0003D2E3" w14:textId="77777777" w:rsidTr="00FA529E">
        <w:trPr>
          <w:jc w:val="center"/>
        </w:trPr>
        <w:tc>
          <w:tcPr>
            <w:tcW w:w="2830" w:type="dxa"/>
          </w:tcPr>
          <w:p w14:paraId="7E64BD50" w14:textId="77777777" w:rsidR="00BF77C1" w:rsidRPr="00EC4B32" w:rsidRDefault="00BF77C1" w:rsidP="00BF77C1">
            <w:pPr>
              <w:rPr>
                <w:rFonts w:ascii="Arial" w:hAnsi="Arial" w:cs="Arial"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color w:val="4F81BD" w:themeColor="accent1"/>
                <w:lang w:val="de-DE"/>
              </w:rPr>
              <w:t>Reisekosten</w:t>
            </w:r>
          </w:p>
        </w:tc>
        <w:tc>
          <w:tcPr>
            <w:tcW w:w="2127" w:type="dxa"/>
          </w:tcPr>
          <w:p w14:paraId="79BFAB82" w14:textId="15CF177E" w:rsidR="00BF77C1" w:rsidRPr="00EC4B32" w:rsidRDefault="00BF77C1" w:rsidP="00BF77C1">
            <w:pP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5" w:name="Text36"/>
            <w: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  <w:fldChar w:fldCharType="end"/>
            </w:r>
            <w:bookmarkEnd w:id="15"/>
          </w:p>
        </w:tc>
        <w:sdt>
          <w:sdtPr>
            <w:rPr>
              <w:rFonts w:ascii="Arial" w:hAnsi="Arial" w:cs="Arial"/>
              <w:noProof/>
              <w:lang w:val="de-DE"/>
            </w:rPr>
            <w:id w:val="-1107491101"/>
            <w:placeholder>
              <w:docPart w:val="33490E22B7EE4F6597EC94EFCDCF90AE"/>
            </w:placeholder>
            <w:text/>
          </w:sdtPr>
          <w:sdtContent>
            <w:tc>
              <w:tcPr>
                <w:tcW w:w="2268" w:type="dxa"/>
              </w:tcPr>
              <w:p w14:paraId="49238766" w14:textId="1A20D459" w:rsidR="00BF77C1" w:rsidRPr="00EC4B32" w:rsidRDefault="00BF77C1" w:rsidP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bookmarkStart w:id="16" w:name="Text15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16" w:displacedByCustomXml="next"/>
          </w:sdtContent>
        </w:sdt>
        <w:sdt>
          <w:sdtPr>
            <w:rPr>
              <w:noProof/>
              <w:lang w:val="de-DE"/>
            </w:rPr>
            <w:id w:val="1427852334"/>
            <w:placeholder>
              <w:docPart w:val="33490E22B7EE4F6597EC94EFCDCF90AE"/>
            </w:placeholder>
            <w:text/>
          </w:sdtPr>
          <w:sdtContent>
            <w:tc>
              <w:tcPr>
                <w:tcW w:w="2292" w:type="dxa"/>
              </w:tcPr>
              <w:p w14:paraId="730E208E" w14:textId="733A2F9C" w:rsidR="00BF77C1" w:rsidRPr="00EC4B32" w:rsidRDefault="00BF77C1" w:rsidP="00BF77C1">
                <w:pPr>
                  <w:rPr>
                    <w:lang w:val="de-DE"/>
                  </w:rPr>
                </w:pPr>
                <w:r>
                  <w:rPr>
                    <w:noProof/>
                    <w:lang w:val="de-DE"/>
                  </w:rPr>
                  <w:fldChar w:fldCharType="begin">
                    <w:ffData>
                      <w:name w:val="Text16"/>
                      <w:enabled/>
                      <w:calcOnExit w:val="0"/>
                      <w:textInput/>
                    </w:ffData>
                  </w:fldChar>
                </w:r>
                <w:bookmarkStart w:id="17" w:name="Text16"/>
                <w:r>
                  <w:rPr>
                    <w:noProof/>
                    <w:lang w:val="de-DE"/>
                  </w:rPr>
                  <w:instrText xml:space="preserve"> FORMTEXT </w:instrText>
                </w:r>
                <w:r>
                  <w:rPr>
                    <w:noProof/>
                    <w:lang w:val="de-DE"/>
                  </w:rPr>
                </w:r>
                <w:r>
                  <w:rPr>
                    <w:noProof/>
                    <w:lang w:val="de-DE"/>
                  </w:rPr>
                  <w:fldChar w:fldCharType="separate"/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fldChar w:fldCharType="end"/>
                </w:r>
              </w:p>
            </w:tc>
            <w:bookmarkEnd w:id="17" w:displacedByCustomXml="next"/>
          </w:sdtContent>
        </w:sdt>
      </w:tr>
      <w:tr w:rsidR="00BF77C1" w:rsidRPr="00EC4B32" w14:paraId="26CBB8E1" w14:textId="77777777" w:rsidTr="00FA529E">
        <w:trPr>
          <w:jc w:val="center"/>
        </w:trPr>
        <w:tc>
          <w:tcPr>
            <w:tcW w:w="2830" w:type="dxa"/>
          </w:tcPr>
          <w:p w14:paraId="2DBE0623" w14:textId="77777777" w:rsidR="00BF77C1" w:rsidRPr="00EC4B32" w:rsidRDefault="00BF77C1" w:rsidP="00BF77C1">
            <w:pPr>
              <w:rPr>
                <w:rFonts w:ascii="Arial" w:hAnsi="Arial" w:cs="Arial"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color w:val="4F81BD" w:themeColor="accent1"/>
                <w:lang w:val="de-DE"/>
              </w:rPr>
              <w:t>Fachliteratur</w:t>
            </w:r>
          </w:p>
        </w:tc>
        <w:tc>
          <w:tcPr>
            <w:tcW w:w="2127" w:type="dxa"/>
          </w:tcPr>
          <w:p w14:paraId="6DFE44FB" w14:textId="7CE99069" w:rsidR="00BF77C1" w:rsidRPr="00EC4B32" w:rsidRDefault="00BF77C1" w:rsidP="00BF77C1">
            <w:pP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8" w:name="Text37"/>
            <w: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  <w:fldChar w:fldCharType="end"/>
            </w:r>
            <w:bookmarkEnd w:id="18"/>
          </w:p>
        </w:tc>
        <w:sdt>
          <w:sdtPr>
            <w:rPr>
              <w:rFonts w:ascii="Arial" w:hAnsi="Arial" w:cs="Arial"/>
              <w:noProof/>
              <w:lang w:val="de-DE"/>
            </w:rPr>
            <w:id w:val="519057203"/>
            <w:placeholder>
              <w:docPart w:val="33490E22B7EE4F6597EC94EFCDCF90AE"/>
            </w:placeholder>
            <w:text/>
          </w:sdtPr>
          <w:sdtContent>
            <w:tc>
              <w:tcPr>
                <w:tcW w:w="2268" w:type="dxa"/>
              </w:tcPr>
              <w:p w14:paraId="4EA937CC" w14:textId="3356BD45" w:rsidR="00BF77C1" w:rsidRPr="00EC4B32" w:rsidRDefault="00BF77C1" w:rsidP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17"/>
                      <w:enabled/>
                      <w:calcOnExit w:val="0"/>
                      <w:textInput/>
                    </w:ffData>
                  </w:fldChar>
                </w:r>
                <w:bookmarkStart w:id="19" w:name="Text17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19" w:displacedByCustomXml="next"/>
          </w:sdtContent>
        </w:sdt>
        <w:sdt>
          <w:sdtPr>
            <w:rPr>
              <w:noProof/>
              <w:lang w:val="de-DE"/>
            </w:rPr>
            <w:id w:val="-1919777910"/>
            <w:placeholder>
              <w:docPart w:val="33490E22B7EE4F6597EC94EFCDCF90AE"/>
            </w:placeholder>
            <w:text/>
          </w:sdtPr>
          <w:sdtContent>
            <w:tc>
              <w:tcPr>
                <w:tcW w:w="2292" w:type="dxa"/>
              </w:tcPr>
              <w:p w14:paraId="4CCE70D7" w14:textId="2FF9C7F3" w:rsidR="00BF77C1" w:rsidRPr="00EC4B32" w:rsidRDefault="00BF77C1" w:rsidP="00BF77C1">
                <w:pPr>
                  <w:rPr>
                    <w:lang w:val="de-DE"/>
                  </w:rPr>
                </w:pPr>
                <w:r>
                  <w:rPr>
                    <w:noProof/>
                    <w:lang w:val="de-DE"/>
                  </w:rPr>
                  <w:fldChar w:fldCharType="begin">
                    <w:ffData>
                      <w:name w:val="Text18"/>
                      <w:enabled/>
                      <w:calcOnExit w:val="0"/>
                      <w:textInput/>
                    </w:ffData>
                  </w:fldChar>
                </w:r>
                <w:bookmarkStart w:id="20" w:name="Text18"/>
                <w:r>
                  <w:rPr>
                    <w:noProof/>
                    <w:lang w:val="de-DE"/>
                  </w:rPr>
                  <w:instrText xml:space="preserve"> FORMTEXT </w:instrText>
                </w:r>
                <w:r>
                  <w:rPr>
                    <w:noProof/>
                    <w:lang w:val="de-DE"/>
                  </w:rPr>
                </w:r>
                <w:r>
                  <w:rPr>
                    <w:noProof/>
                    <w:lang w:val="de-DE"/>
                  </w:rPr>
                  <w:fldChar w:fldCharType="separate"/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fldChar w:fldCharType="end"/>
                </w:r>
              </w:p>
            </w:tc>
            <w:bookmarkEnd w:id="20" w:displacedByCustomXml="next"/>
          </w:sdtContent>
        </w:sdt>
      </w:tr>
      <w:tr w:rsidR="00BF77C1" w:rsidRPr="00EC4B32" w14:paraId="76929A83" w14:textId="77777777" w:rsidTr="00FA529E">
        <w:trPr>
          <w:jc w:val="center"/>
        </w:trPr>
        <w:tc>
          <w:tcPr>
            <w:tcW w:w="2830" w:type="dxa"/>
          </w:tcPr>
          <w:p w14:paraId="7080623B" w14:textId="77777777" w:rsidR="00BF77C1" w:rsidRPr="00EC4B32" w:rsidRDefault="00BF77C1" w:rsidP="00BF77C1">
            <w:pPr>
              <w:rPr>
                <w:rFonts w:ascii="Arial" w:hAnsi="Arial" w:cs="Arial"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color w:val="4F81BD" w:themeColor="accent1"/>
                <w:lang w:val="de-DE"/>
              </w:rPr>
              <w:t>Fortbildungsausgaben der Personalstelle/n</w:t>
            </w:r>
          </w:p>
        </w:tc>
        <w:tc>
          <w:tcPr>
            <w:tcW w:w="2127" w:type="dxa"/>
          </w:tcPr>
          <w:p w14:paraId="0845711D" w14:textId="1DB9AE01" w:rsidR="00BF77C1" w:rsidRPr="00EC4B32" w:rsidRDefault="00BF77C1" w:rsidP="00BF77C1">
            <w:pP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1" w:name="Text38"/>
            <w: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  <w:fldChar w:fldCharType="separate"/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 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  <w:fldChar w:fldCharType="end"/>
            </w:r>
            <w:bookmarkEnd w:id="21"/>
          </w:p>
        </w:tc>
        <w:sdt>
          <w:sdtPr>
            <w:rPr>
              <w:rFonts w:ascii="Arial" w:hAnsi="Arial" w:cs="Arial"/>
              <w:noProof/>
              <w:lang w:val="de-DE"/>
            </w:rPr>
            <w:id w:val="-134331734"/>
            <w:placeholder>
              <w:docPart w:val="33490E22B7EE4F6597EC94EFCDCF90AE"/>
            </w:placeholder>
            <w:text/>
          </w:sdtPr>
          <w:sdtContent>
            <w:tc>
              <w:tcPr>
                <w:tcW w:w="2268" w:type="dxa"/>
              </w:tcPr>
              <w:p w14:paraId="6B112CCA" w14:textId="432EE49C" w:rsidR="00BF77C1" w:rsidRPr="00EC4B32" w:rsidRDefault="00BF77C1" w:rsidP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19"/>
                      <w:enabled/>
                      <w:calcOnExit w:val="0"/>
                      <w:textInput/>
                    </w:ffData>
                  </w:fldChar>
                </w:r>
                <w:bookmarkStart w:id="22" w:name="Text19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22" w:displacedByCustomXml="next"/>
          </w:sdtContent>
        </w:sdt>
        <w:sdt>
          <w:sdtPr>
            <w:rPr>
              <w:noProof/>
              <w:lang w:val="de-DE"/>
            </w:rPr>
            <w:id w:val="2125573852"/>
            <w:placeholder>
              <w:docPart w:val="33490E22B7EE4F6597EC94EFCDCF90AE"/>
            </w:placeholder>
            <w:text/>
          </w:sdtPr>
          <w:sdtContent>
            <w:tc>
              <w:tcPr>
                <w:tcW w:w="2292" w:type="dxa"/>
              </w:tcPr>
              <w:p w14:paraId="0CF037A0" w14:textId="15226D58" w:rsidR="00BF77C1" w:rsidRPr="00EC4B32" w:rsidRDefault="00BF77C1" w:rsidP="00BF77C1">
                <w:pPr>
                  <w:rPr>
                    <w:lang w:val="de-DE"/>
                  </w:rPr>
                </w:pPr>
                <w:r>
                  <w:rPr>
                    <w:noProof/>
                    <w:lang w:val="de-DE"/>
                  </w:rPr>
                  <w:fldChar w:fldCharType="begin">
                    <w:ffData>
                      <w:name w:val="Text20"/>
                      <w:enabled/>
                      <w:calcOnExit w:val="0"/>
                      <w:textInput/>
                    </w:ffData>
                  </w:fldChar>
                </w:r>
                <w:bookmarkStart w:id="23" w:name="Text20"/>
                <w:r>
                  <w:rPr>
                    <w:noProof/>
                    <w:lang w:val="de-DE"/>
                  </w:rPr>
                  <w:instrText xml:space="preserve"> FORMTEXT </w:instrText>
                </w:r>
                <w:r>
                  <w:rPr>
                    <w:noProof/>
                    <w:lang w:val="de-DE"/>
                  </w:rPr>
                </w:r>
                <w:r>
                  <w:rPr>
                    <w:noProof/>
                    <w:lang w:val="de-DE"/>
                  </w:rPr>
                  <w:fldChar w:fldCharType="separate"/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fldChar w:fldCharType="end"/>
                </w:r>
              </w:p>
            </w:tc>
            <w:bookmarkEnd w:id="23" w:displacedByCustomXml="next"/>
          </w:sdtContent>
        </w:sdt>
      </w:tr>
      <w:tr w:rsidR="00BF77C1" w:rsidRPr="00EC4B32" w14:paraId="53650B9C" w14:textId="77777777" w:rsidTr="00FA529E">
        <w:trPr>
          <w:jc w:val="center"/>
        </w:trPr>
        <w:tc>
          <w:tcPr>
            <w:tcW w:w="2830" w:type="dxa"/>
          </w:tcPr>
          <w:p w14:paraId="713E85EE" w14:textId="77777777" w:rsidR="00BF77C1" w:rsidRPr="00EC4B32" w:rsidRDefault="00BF77C1" w:rsidP="00BF77C1">
            <w:pPr>
              <w:rPr>
                <w:rFonts w:ascii="Arial" w:hAnsi="Arial" w:cs="Arial"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color w:val="4F81BD" w:themeColor="accent1"/>
                <w:lang w:val="de-DE"/>
              </w:rPr>
              <w:t>Honorarausgaben</w:t>
            </w:r>
          </w:p>
        </w:tc>
        <w:sdt>
          <w:sdtPr>
            <w:rPr>
              <w:rFonts w:ascii="Arial" w:hAnsi="Arial" w:cs="Arial"/>
              <w:i/>
              <w:iCs/>
              <w:sz w:val="18"/>
              <w:szCs w:val="18"/>
              <w:lang w:val="de-DE"/>
            </w:rPr>
            <w:id w:val="1604301731"/>
            <w:placeholder>
              <w:docPart w:val="DefaultPlaceholder_-1854013440"/>
            </w:placeholder>
          </w:sdtPr>
          <w:sdtContent>
            <w:tc>
              <w:tcPr>
                <w:tcW w:w="2127" w:type="dxa"/>
              </w:tcPr>
              <w:p w14:paraId="06A4DC7F" w14:textId="1D027D82" w:rsidR="00BF77C1" w:rsidRPr="00EC4B32" w:rsidRDefault="00BF77C1" w:rsidP="00BF77C1">
                <w:pPr>
                  <w:rPr>
                    <w:rFonts w:ascii="Arial" w:hAnsi="Arial" w:cs="Arial"/>
                    <w:i/>
                    <w:iCs/>
                    <w:sz w:val="18"/>
                    <w:szCs w:val="18"/>
                    <w:lang w:val="de-DE"/>
                  </w:rPr>
                </w:pPr>
                <w:r>
                  <w:rPr>
                    <w:rFonts w:ascii="Arial" w:hAnsi="Arial" w:cs="Arial"/>
                    <w:i/>
                    <w:iCs/>
                    <w:sz w:val="18"/>
                    <w:szCs w:val="18"/>
                    <w:lang w:val="de-DE"/>
                  </w:rPr>
                  <w:t>Stundensatz, Wochenstunden, Art der Tätigkeit, Qualifikation</w:t>
                </w:r>
              </w:p>
            </w:tc>
          </w:sdtContent>
        </w:sdt>
        <w:sdt>
          <w:sdtPr>
            <w:rPr>
              <w:rFonts w:ascii="Arial" w:hAnsi="Arial" w:cs="Arial"/>
              <w:noProof/>
              <w:lang w:val="de-DE"/>
            </w:rPr>
            <w:id w:val="250783783"/>
            <w:placeholder>
              <w:docPart w:val="33490E22B7EE4F6597EC94EFCDCF90AE"/>
            </w:placeholder>
            <w:text/>
          </w:sdtPr>
          <w:sdtContent>
            <w:tc>
              <w:tcPr>
                <w:tcW w:w="2268" w:type="dxa"/>
              </w:tcPr>
              <w:p w14:paraId="7DABB04D" w14:textId="7F513D96" w:rsidR="00BF77C1" w:rsidRPr="00EC4B32" w:rsidRDefault="00BF77C1" w:rsidP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21"/>
                      <w:enabled/>
                      <w:calcOnExit w:val="0"/>
                      <w:textInput/>
                    </w:ffData>
                  </w:fldChar>
                </w:r>
                <w:bookmarkStart w:id="24" w:name="Text21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24" w:displacedByCustomXml="next"/>
          </w:sdtContent>
        </w:sdt>
        <w:sdt>
          <w:sdtPr>
            <w:rPr>
              <w:noProof/>
              <w:lang w:val="de-DE"/>
            </w:rPr>
            <w:id w:val="-558177034"/>
            <w:placeholder>
              <w:docPart w:val="33490E22B7EE4F6597EC94EFCDCF90AE"/>
            </w:placeholder>
            <w:text/>
          </w:sdtPr>
          <w:sdtContent>
            <w:tc>
              <w:tcPr>
                <w:tcW w:w="2292" w:type="dxa"/>
              </w:tcPr>
              <w:p w14:paraId="3E9774B5" w14:textId="5A05B964" w:rsidR="00BF77C1" w:rsidRPr="00EC4B32" w:rsidRDefault="00BF77C1" w:rsidP="00BF77C1">
                <w:pPr>
                  <w:rPr>
                    <w:lang w:val="de-DE"/>
                  </w:rPr>
                </w:pPr>
                <w:r>
                  <w:rPr>
                    <w:noProof/>
                    <w:lang w:val="de-DE"/>
                  </w:rPr>
                  <w:fldChar w:fldCharType="begin">
                    <w:ffData>
                      <w:name w:val="Text22"/>
                      <w:enabled/>
                      <w:calcOnExit w:val="0"/>
                      <w:textInput/>
                    </w:ffData>
                  </w:fldChar>
                </w:r>
                <w:bookmarkStart w:id="25" w:name="Text22"/>
                <w:r>
                  <w:rPr>
                    <w:noProof/>
                    <w:lang w:val="de-DE"/>
                  </w:rPr>
                  <w:instrText xml:space="preserve"> FORMTEXT </w:instrText>
                </w:r>
                <w:r>
                  <w:rPr>
                    <w:noProof/>
                    <w:lang w:val="de-DE"/>
                  </w:rPr>
                </w:r>
                <w:r>
                  <w:rPr>
                    <w:noProof/>
                    <w:lang w:val="de-DE"/>
                  </w:rPr>
                  <w:fldChar w:fldCharType="separate"/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fldChar w:fldCharType="end"/>
                </w:r>
              </w:p>
            </w:tc>
            <w:bookmarkEnd w:id="25" w:displacedByCustomXml="next"/>
          </w:sdtContent>
        </w:sdt>
      </w:tr>
      <w:tr w:rsidR="00BF77C1" w:rsidRPr="00EC4B32" w14:paraId="2925412E" w14:textId="77777777" w:rsidTr="00FA529E">
        <w:trPr>
          <w:jc w:val="center"/>
        </w:trPr>
        <w:tc>
          <w:tcPr>
            <w:tcW w:w="2830" w:type="dxa"/>
          </w:tcPr>
          <w:p w14:paraId="667B40ED" w14:textId="77777777" w:rsidR="00BF77C1" w:rsidRPr="00EC4B32" w:rsidRDefault="00BF77C1" w:rsidP="00BF77C1">
            <w:pPr>
              <w:rPr>
                <w:rFonts w:ascii="Arial" w:hAnsi="Arial" w:cs="Arial"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color w:val="4F81BD" w:themeColor="accent1"/>
                <w:lang w:val="de-DE"/>
              </w:rPr>
              <w:t>Aufwandsentschädigung</w:t>
            </w:r>
          </w:p>
        </w:tc>
        <w:sdt>
          <w:sdtPr>
            <w:rPr>
              <w:rFonts w:ascii="Arial" w:hAnsi="Arial" w:cs="Arial"/>
              <w:i/>
              <w:iCs/>
              <w:sz w:val="18"/>
              <w:szCs w:val="18"/>
              <w:lang w:val="de-DE"/>
            </w:rPr>
            <w:id w:val="-1174332959"/>
            <w:placeholder>
              <w:docPart w:val="DefaultPlaceholder_-1854013440"/>
            </w:placeholder>
          </w:sdtPr>
          <w:sdtContent>
            <w:tc>
              <w:tcPr>
                <w:tcW w:w="2127" w:type="dxa"/>
              </w:tcPr>
              <w:p w14:paraId="2176BB76" w14:textId="4054B47E" w:rsidR="00BF77C1" w:rsidRPr="00EC4B32" w:rsidRDefault="00BF77C1" w:rsidP="00BF77C1">
                <w:pPr>
                  <w:rPr>
                    <w:rFonts w:ascii="Arial" w:hAnsi="Arial" w:cs="Arial"/>
                    <w:i/>
                    <w:iCs/>
                    <w:sz w:val="18"/>
                    <w:szCs w:val="18"/>
                    <w:lang w:val="de-DE"/>
                  </w:rPr>
                </w:pPr>
                <w:r>
                  <w:rPr>
                    <w:rFonts w:ascii="Arial" w:hAnsi="Arial" w:cs="Arial"/>
                    <w:i/>
                    <w:iCs/>
                    <w:sz w:val="18"/>
                    <w:szCs w:val="18"/>
                    <w:lang w:val="de-DE"/>
                  </w:rPr>
                  <w:t>Art &amp; Umfang der Tätigkeit; wer übt Tätigkeit aus, Höhe der Entschädigung, Reisekosten</w:t>
                </w:r>
              </w:p>
            </w:tc>
          </w:sdtContent>
        </w:sdt>
        <w:sdt>
          <w:sdtPr>
            <w:rPr>
              <w:rFonts w:ascii="Arial" w:hAnsi="Arial" w:cs="Arial"/>
              <w:noProof/>
              <w:lang w:val="de-DE"/>
            </w:rPr>
            <w:id w:val="690501024"/>
            <w:placeholder>
              <w:docPart w:val="33490E22B7EE4F6597EC94EFCDCF90AE"/>
            </w:placeholder>
            <w:text/>
          </w:sdtPr>
          <w:sdtContent>
            <w:tc>
              <w:tcPr>
                <w:tcW w:w="2268" w:type="dxa"/>
              </w:tcPr>
              <w:p w14:paraId="63025EE7" w14:textId="6CB50B67" w:rsidR="00BF77C1" w:rsidRPr="00EC4B32" w:rsidRDefault="00BF77C1" w:rsidP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23"/>
                      <w:enabled/>
                      <w:calcOnExit w:val="0"/>
                      <w:textInput/>
                    </w:ffData>
                  </w:fldChar>
                </w:r>
                <w:bookmarkStart w:id="26" w:name="Text23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26" w:displacedByCustomXml="next"/>
          </w:sdtContent>
        </w:sdt>
        <w:sdt>
          <w:sdtPr>
            <w:rPr>
              <w:noProof/>
              <w:lang w:val="de-DE"/>
            </w:rPr>
            <w:id w:val="3718109"/>
            <w:placeholder>
              <w:docPart w:val="33490E22B7EE4F6597EC94EFCDCF90AE"/>
            </w:placeholder>
            <w:text/>
          </w:sdtPr>
          <w:sdtContent>
            <w:tc>
              <w:tcPr>
                <w:tcW w:w="2292" w:type="dxa"/>
              </w:tcPr>
              <w:p w14:paraId="6CFFB73B" w14:textId="7631D93A" w:rsidR="00BF77C1" w:rsidRPr="00EC4B32" w:rsidRDefault="00BF77C1" w:rsidP="00BF77C1">
                <w:pPr>
                  <w:rPr>
                    <w:lang w:val="de-DE"/>
                  </w:rPr>
                </w:pPr>
                <w:r>
                  <w:rPr>
                    <w:noProof/>
                    <w:lang w:val="de-DE"/>
                  </w:rPr>
                  <w:fldChar w:fldCharType="begin">
                    <w:ffData>
                      <w:name w:val="Text24"/>
                      <w:enabled/>
                      <w:calcOnExit w:val="0"/>
                      <w:textInput/>
                    </w:ffData>
                  </w:fldChar>
                </w:r>
                <w:bookmarkStart w:id="27" w:name="Text24"/>
                <w:r>
                  <w:rPr>
                    <w:noProof/>
                    <w:lang w:val="de-DE"/>
                  </w:rPr>
                  <w:instrText xml:space="preserve"> FORMTEXT </w:instrText>
                </w:r>
                <w:r>
                  <w:rPr>
                    <w:noProof/>
                    <w:lang w:val="de-DE"/>
                  </w:rPr>
                </w:r>
                <w:r>
                  <w:rPr>
                    <w:noProof/>
                    <w:lang w:val="de-DE"/>
                  </w:rPr>
                  <w:fldChar w:fldCharType="separate"/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fldChar w:fldCharType="end"/>
                </w:r>
              </w:p>
            </w:tc>
            <w:bookmarkEnd w:id="27" w:displacedByCustomXml="next"/>
          </w:sdtContent>
        </w:sdt>
      </w:tr>
      <w:tr w:rsidR="00BF77C1" w:rsidRPr="00EC4B32" w14:paraId="1391F373" w14:textId="77777777" w:rsidTr="00FA529E">
        <w:trPr>
          <w:jc w:val="center"/>
        </w:trPr>
        <w:tc>
          <w:tcPr>
            <w:tcW w:w="2830" w:type="dxa"/>
          </w:tcPr>
          <w:p w14:paraId="1542472C" w14:textId="77777777" w:rsidR="00BF77C1" w:rsidRPr="00EC4B32" w:rsidRDefault="00BF77C1" w:rsidP="00BF77C1">
            <w:pPr>
              <w:rPr>
                <w:rFonts w:ascii="Arial" w:hAnsi="Arial" w:cs="Arial"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color w:val="4F81BD" w:themeColor="accent1"/>
                <w:lang w:val="de-DE"/>
              </w:rPr>
              <w:t>Qualifikationsausgaben</w:t>
            </w:r>
          </w:p>
        </w:tc>
        <w:sdt>
          <w:sdtPr>
            <w:rPr>
              <w:rFonts w:ascii="Arial" w:hAnsi="Arial" w:cs="Arial"/>
              <w:i/>
              <w:iCs/>
              <w:sz w:val="18"/>
              <w:szCs w:val="18"/>
              <w:lang w:val="de-DE"/>
            </w:rPr>
            <w:id w:val="-1424487718"/>
            <w:placeholder>
              <w:docPart w:val="DefaultPlaceholder_-1854013440"/>
            </w:placeholder>
          </w:sdtPr>
          <w:sdtContent>
            <w:tc>
              <w:tcPr>
                <w:tcW w:w="2127" w:type="dxa"/>
              </w:tcPr>
              <w:p w14:paraId="2AB12513" w14:textId="045D71DE" w:rsidR="00BF77C1" w:rsidRPr="00EC4B32" w:rsidRDefault="00BF77C1" w:rsidP="00BF77C1">
                <w:pPr>
                  <w:rPr>
                    <w:rFonts w:ascii="Arial" w:hAnsi="Arial" w:cs="Arial"/>
                    <w:i/>
                    <w:iCs/>
                    <w:sz w:val="18"/>
                    <w:szCs w:val="18"/>
                    <w:lang w:val="de-DE"/>
                  </w:rPr>
                </w:pPr>
                <w:r>
                  <w:rPr>
                    <w:rFonts w:ascii="Arial" w:hAnsi="Arial" w:cs="Arial"/>
                    <w:i/>
                    <w:iCs/>
                    <w:sz w:val="18"/>
                    <w:szCs w:val="18"/>
                    <w:lang w:val="de-DE"/>
                  </w:rPr>
                  <w:t>Für wen (z.B. ehrenamtliche Stundensätze</w:t>
                </w:r>
              </w:p>
            </w:tc>
          </w:sdtContent>
        </w:sdt>
        <w:sdt>
          <w:sdtPr>
            <w:rPr>
              <w:rFonts w:ascii="Arial" w:hAnsi="Arial" w:cs="Arial"/>
              <w:noProof/>
              <w:lang w:val="de-DE"/>
            </w:rPr>
            <w:id w:val="-1699155640"/>
            <w:placeholder>
              <w:docPart w:val="33490E22B7EE4F6597EC94EFCDCF90AE"/>
            </w:placeholder>
            <w:text/>
          </w:sdtPr>
          <w:sdtContent>
            <w:tc>
              <w:tcPr>
                <w:tcW w:w="2268" w:type="dxa"/>
              </w:tcPr>
              <w:p w14:paraId="68E80551" w14:textId="5F7177A9" w:rsidR="00BF77C1" w:rsidRPr="00EC4B32" w:rsidRDefault="00BF77C1" w:rsidP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25"/>
                      <w:enabled/>
                      <w:calcOnExit w:val="0"/>
                      <w:textInput/>
                    </w:ffData>
                  </w:fldChar>
                </w:r>
                <w:bookmarkStart w:id="28" w:name="Text25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28" w:displacedByCustomXml="next"/>
          </w:sdtContent>
        </w:sdt>
        <w:sdt>
          <w:sdtPr>
            <w:rPr>
              <w:noProof/>
              <w:lang w:val="de-DE"/>
            </w:rPr>
            <w:id w:val="-1721279323"/>
            <w:placeholder>
              <w:docPart w:val="33490E22B7EE4F6597EC94EFCDCF90AE"/>
            </w:placeholder>
            <w:text/>
          </w:sdtPr>
          <w:sdtContent>
            <w:tc>
              <w:tcPr>
                <w:tcW w:w="2292" w:type="dxa"/>
              </w:tcPr>
              <w:p w14:paraId="2820F634" w14:textId="316ADD63" w:rsidR="00BF77C1" w:rsidRPr="00EC4B32" w:rsidRDefault="00BF77C1" w:rsidP="00BF77C1">
                <w:pPr>
                  <w:rPr>
                    <w:lang w:val="de-DE"/>
                  </w:rPr>
                </w:pPr>
                <w:r>
                  <w:rPr>
                    <w:noProof/>
                    <w:lang w:val="de-DE"/>
                  </w:rPr>
                  <w:fldChar w:fldCharType="begin">
                    <w:ffData>
                      <w:name w:val="Text26"/>
                      <w:enabled/>
                      <w:calcOnExit w:val="0"/>
                      <w:textInput/>
                    </w:ffData>
                  </w:fldChar>
                </w:r>
                <w:bookmarkStart w:id="29" w:name="Text26"/>
                <w:r>
                  <w:rPr>
                    <w:noProof/>
                    <w:lang w:val="de-DE"/>
                  </w:rPr>
                  <w:instrText xml:space="preserve"> FORMTEXT </w:instrText>
                </w:r>
                <w:r>
                  <w:rPr>
                    <w:noProof/>
                    <w:lang w:val="de-DE"/>
                  </w:rPr>
                </w:r>
                <w:r>
                  <w:rPr>
                    <w:noProof/>
                    <w:lang w:val="de-DE"/>
                  </w:rPr>
                  <w:fldChar w:fldCharType="separate"/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fldChar w:fldCharType="end"/>
                </w:r>
              </w:p>
            </w:tc>
            <w:bookmarkEnd w:id="29" w:displacedByCustomXml="next"/>
          </w:sdtContent>
        </w:sdt>
      </w:tr>
      <w:tr w:rsidR="00BF77C1" w:rsidRPr="00EC4B32" w14:paraId="5A267F36" w14:textId="77777777" w:rsidTr="00FA529E">
        <w:trPr>
          <w:jc w:val="center"/>
        </w:trPr>
        <w:tc>
          <w:tcPr>
            <w:tcW w:w="4957" w:type="dxa"/>
            <w:gridSpan w:val="2"/>
          </w:tcPr>
          <w:p w14:paraId="4FE55F01" w14:textId="565E96E4" w:rsidR="00BF77C1" w:rsidRPr="00EC4B32" w:rsidRDefault="00BF77C1" w:rsidP="00BF77C1">
            <w:pPr>
              <w:rPr>
                <w:rFonts w:ascii="Arial" w:hAnsi="Arial" w:cs="Arial"/>
                <w:i/>
                <w:iCs/>
                <w:sz w:val="18"/>
                <w:szCs w:val="18"/>
                <w:lang w:val="de-DE"/>
              </w:rPr>
            </w:pPr>
            <w:r w:rsidRPr="00EC4B32">
              <w:rPr>
                <w:rFonts w:ascii="Arial" w:hAnsi="Arial" w:cs="Arial"/>
                <w:b/>
                <w:bCs/>
                <w:color w:val="4F81BD" w:themeColor="accent1"/>
                <w:lang w:val="de-DE"/>
              </w:rPr>
              <w:t>Gesamtausgaben</w:t>
            </w:r>
          </w:p>
        </w:tc>
        <w:sdt>
          <w:sdtPr>
            <w:rPr>
              <w:rFonts w:ascii="Arial" w:hAnsi="Arial" w:cs="Arial"/>
              <w:noProof/>
              <w:lang w:val="de-DE"/>
            </w:rPr>
            <w:id w:val="-207964583"/>
            <w:placeholder>
              <w:docPart w:val="33490E22B7EE4F6597EC94EFCDCF90AE"/>
            </w:placeholder>
            <w:text/>
          </w:sdtPr>
          <w:sdtContent>
            <w:tc>
              <w:tcPr>
                <w:tcW w:w="2268" w:type="dxa"/>
              </w:tcPr>
              <w:p w14:paraId="2D7A77E4" w14:textId="716EEB7C" w:rsidR="00BF77C1" w:rsidRPr="00EC4B32" w:rsidRDefault="00BF77C1" w:rsidP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27"/>
                      <w:enabled/>
                      <w:calcOnExit w:val="0"/>
                      <w:textInput/>
                    </w:ffData>
                  </w:fldChar>
                </w:r>
                <w:bookmarkStart w:id="30" w:name="Text27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30" w:displacedByCustomXml="next"/>
          </w:sdtContent>
        </w:sdt>
        <w:sdt>
          <w:sdtPr>
            <w:rPr>
              <w:noProof/>
              <w:lang w:val="de-DE"/>
            </w:rPr>
            <w:id w:val="606703394"/>
            <w:placeholder>
              <w:docPart w:val="33490E22B7EE4F6597EC94EFCDCF90AE"/>
            </w:placeholder>
            <w:text/>
          </w:sdtPr>
          <w:sdtContent>
            <w:tc>
              <w:tcPr>
                <w:tcW w:w="2292" w:type="dxa"/>
              </w:tcPr>
              <w:p w14:paraId="4E562717" w14:textId="16E5630E" w:rsidR="00BF77C1" w:rsidRPr="00EC4B32" w:rsidRDefault="00BF77C1" w:rsidP="00BF77C1">
                <w:pPr>
                  <w:rPr>
                    <w:lang w:val="de-DE"/>
                  </w:rPr>
                </w:pPr>
                <w:r>
                  <w:rPr>
                    <w:noProof/>
                    <w:lang w:val="de-DE"/>
                  </w:rPr>
                  <w:fldChar w:fldCharType="begin">
                    <w:ffData>
                      <w:name w:val="Text28"/>
                      <w:enabled/>
                      <w:calcOnExit w:val="0"/>
                      <w:textInput/>
                    </w:ffData>
                  </w:fldChar>
                </w:r>
                <w:bookmarkStart w:id="31" w:name="Text28"/>
                <w:r>
                  <w:rPr>
                    <w:noProof/>
                    <w:lang w:val="de-DE"/>
                  </w:rPr>
                  <w:instrText xml:space="preserve"> FORMTEXT </w:instrText>
                </w:r>
                <w:r>
                  <w:rPr>
                    <w:noProof/>
                    <w:lang w:val="de-DE"/>
                  </w:rPr>
                </w:r>
                <w:r>
                  <w:rPr>
                    <w:noProof/>
                    <w:lang w:val="de-DE"/>
                  </w:rPr>
                  <w:fldChar w:fldCharType="separate"/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fldChar w:fldCharType="end"/>
                </w:r>
              </w:p>
            </w:tc>
            <w:bookmarkEnd w:id="31" w:displacedByCustomXml="next"/>
          </w:sdtContent>
        </w:sdt>
      </w:tr>
      <w:tr w:rsidR="00BF77C1" w:rsidRPr="00EC4B32" w14:paraId="0B3AFD49" w14:textId="77777777" w:rsidTr="00BF77C1">
        <w:trPr>
          <w:trHeight w:val="157"/>
          <w:jc w:val="center"/>
        </w:trPr>
        <w:tc>
          <w:tcPr>
            <w:tcW w:w="9517" w:type="dxa"/>
            <w:gridSpan w:val="4"/>
            <w:shd w:val="clear" w:color="auto" w:fill="F2F2F2" w:themeFill="background1" w:themeFillShade="F2"/>
          </w:tcPr>
          <w:p w14:paraId="282AC101" w14:textId="77777777" w:rsidR="00BF77C1" w:rsidRPr="00EC4B32" w:rsidRDefault="00BF77C1" w:rsidP="00BF77C1">
            <w:pPr>
              <w:rPr>
                <w:lang w:val="de-DE"/>
              </w:rPr>
            </w:pPr>
          </w:p>
        </w:tc>
      </w:tr>
      <w:tr w:rsidR="00BF77C1" w:rsidRPr="00EC4B32" w14:paraId="2DFB41E5" w14:textId="77777777" w:rsidTr="00EC4B32">
        <w:trPr>
          <w:jc w:val="center"/>
        </w:trPr>
        <w:tc>
          <w:tcPr>
            <w:tcW w:w="9517" w:type="dxa"/>
            <w:gridSpan w:val="4"/>
          </w:tcPr>
          <w:p w14:paraId="40FF906E" w14:textId="77777777" w:rsidR="00BF77C1" w:rsidRPr="00EC4B32" w:rsidRDefault="00BF77C1" w:rsidP="00BF77C1">
            <w:pPr>
              <w:rPr>
                <w:rFonts w:ascii="Arial" w:hAnsi="Arial" w:cs="Arial"/>
                <w:b/>
                <w:bCs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b/>
                <w:bCs/>
                <w:color w:val="4F81BD" w:themeColor="accent1"/>
                <w:lang w:val="de-DE"/>
              </w:rPr>
              <w:t>Finanzierung durch:</w:t>
            </w:r>
          </w:p>
          <w:p w14:paraId="2D338ED5" w14:textId="0FE49F00" w:rsidR="00BF77C1" w:rsidRPr="00EC4B32" w:rsidRDefault="00BF77C1" w:rsidP="00BF77C1">
            <w:pPr>
              <w:rPr>
                <w:b/>
                <w:bCs/>
                <w:lang w:val="de-DE"/>
              </w:rPr>
            </w:pPr>
          </w:p>
        </w:tc>
      </w:tr>
      <w:tr w:rsidR="00BF77C1" w:rsidRPr="00EC4B32" w14:paraId="27183179" w14:textId="77777777" w:rsidTr="00FA529E">
        <w:trPr>
          <w:jc w:val="center"/>
        </w:trPr>
        <w:tc>
          <w:tcPr>
            <w:tcW w:w="4957" w:type="dxa"/>
            <w:gridSpan w:val="2"/>
          </w:tcPr>
          <w:p w14:paraId="1057B4CD" w14:textId="3E821AB1" w:rsidR="00BF77C1" w:rsidRPr="00EC4B32" w:rsidRDefault="00BF77C1" w:rsidP="00BF77C1">
            <w:pPr>
              <w:rPr>
                <w:rFonts w:ascii="Arial" w:hAnsi="Arial" w:cs="Arial"/>
                <w:lang w:val="de-DE"/>
              </w:rPr>
            </w:pPr>
            <w:r w:rsidRPr="00EC4B32">
              <w:rPr>
                <w:rFonts w:ascii="Arial" w:hAnsi="Arial" w:cs="Arial"/>
                <w:color w:val="4F81BD" w:themeColor="accent1"/>
                <w:lang w:val="de-DE"/>
              </w:rPr>
              <w:t>Eigenanteil des Projektträgers, Spenden, Teilnehmerbeiträge, Kreditfinanzierung etc.</w:t>
            </w:r>
          </w:p>
        </w:tc>
        <w:sdt>
          <w:sdtPr>
            <w:rPr>
              <w:rFonts w:ascii="Arial" w:hAnsi="Arial" w:cs="Arial"/>
              <w:noProof/>
              <w:lang w:val="de-DE"/>
            </w:rPr>
            <w:id w:val="359484111"/>
            <w:placeholder>
              <w:docPart w:val="33490E22B7EE4F6597EC94EFCDCF90AE"/>
            </w:placeholder>
            <w:text/>
          </w:sdtPr>
          <w:sdtContent>
            <w:tc>
              <w:tcPr>
                <w:tcW w:w="2268" w:type="dxa"/>
              </w:tcPr>
              <w:p w14:paraId="0FBFDF2A" w14:textId="4104D1A6" w:rsidR="00BF77C1" w:rsidRPr="00EC4B32" w:rsidRDefault="00BF77C1" w:rsidP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29"/>
                      <w:enabled/>
                      <w:calcOnExit w:val="0"/>
                      <w:textInput/>
                    </w:ffData>
                  </w:fldChar>
                </w:r>
                <w:bookmarkStart w:id="32" w:name="Text29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32" w:displacedByCustomXml="next"/>
          </w:sdtContent>
        </w:sdt>
        <w:sdt>
          <w:sdtPr>
            <w:rPr>
              <w:noProof/>
              <w:lang w:val="de-DE"/>
            </w:rPr>
            <w:id w:val="-1519307823"/>
            <w:placeholder>
              <w:docPart w:val="33490E22B7EE4F6597EC94EFCDCF90AE"/>
            </w:placeholder>
            <w:text/>
          </w:sdtPr>
          <w:sdtContent>
            <w:tc>
              <w:tcPr>
                <w:tcW w:w="2292" w:type="dxa"/>
              </w:tcPr>
              <w:p w14:paraId="4EE0F4B2" w14:textId="70B9A348" w:rsidR="00BF77C1" w:rsidRPr="00EC4B32" w:rsidRDefault="00BF77C1" w:rsidP="00BF77C1">
                <w:pPr>
                  <w:rPr>
                    <w:lang w:val="de-DE"/>
                  </w:rPr>
                </w:pPr>
                <w:r>
                  <w:rPr>
                    <w:noProof/>
                    <w:lang w:val="de-DE"/>
                  </w:rPr>
                  <w:fldChar w:fldCharType="begin">
                    <w:ffData>
                      <w:name w:val="Text30"/>
                      <w:enabled/>
                      <w:calcOnExit w:val="0"/>
                      <w:textInput/>
                    </w:ffData>
                  </w:fldChar>
                </w:r>
                <w:bookmarkStart w:id="33" w:name="Text30"/>
                <w:r>
                  <w:rPr>
                    <w:noProof/>
                    <w:lang w:val="de-DE"/>
                  </w:rPr>
                  <w:instrText xml:space="preserve"> FORMTEXT </w:instrText>
                </w:r>
                <w:r>
                  <w:rPr>
                    <w:noProof/>
                    <w:lang w:val="de-DE"/>
                  </w:rPr>
                </w:r>
                <w:r>
                  <w:rPr>
                    <w:noProof/>
                    <w:lang w:val="de-DE"/>
                  </w:rPr>
                  <w:fldChar w:fldCharType="separate"/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t> </w:t>
                </w:r>
                <w:r>
                  <w:rPr>
                    <w:noProof/>
                    <w:lang w:val="de-DE"/>
                  </w:rPr>
                  <w:fldChar w:fldCharType="end"/>
                </w:r>
              </w:p>
            </w:tc>
            <w:bookmarkEnd w:id="33" w:displacedByCustomXml="next"/>
          </w:sdtContent>
        </w:sdt>
      </w:tr>
      <w:tr w:rsidR="00BF77C1" w:rsidRPr="00EC4B32" w14:paraId="3FC658BB" w14:textId="77777777" w:rsidTr="00FA529E">
        <w:trPr>
          <w:jc w:val="center"/>
        </w:trPr>
        <w:tc>
          <w:tcPr>
            <w:tcW w:w="4957" w:type="dxa"/>
            <w:gridSpan w:val="2"/>
          </w:tcPr>
          <w:p w14:paraId="2A02A0FE" w14:textId="77777777" w:rsidR="00BF77C1" w:rsidRPr="00EC4B32" w:rsidRDefault="00BF77C1" w:rsidP="00BF77C1">
            <w:pPr>
              <w:rPr>
                <w:rFonts w:ascii="Arial" w:hAnsi="Arial" w:cs="Arial"/>
                <w:lang w:val="de-DE"/>
              </w:rPr>
            </w:pPr>
            <w:r w:rsidRPr="00EC4B32">
              <w:rPr>
                <w:rFonts w:ascii="Arial" w:hAnsi="Arial" w:cs="Arial"/>
                <w:color w:val="4F81BD" w:themeColor="accent1"/>
                <w:lang w:val="de-DE"/>
              </w:rPr>
              <w:t>Drittmittel: Kommunale Mittel, Bundesmittel, weitere öffentliche Mittel; Mittel, die von anderer Stelle für den gleichen Zweck beantragt wurden etc.</w:t>
            </w:r>
          </w:p>
        </w:tc>
        <w:sdt>
          <w:sdtPr>
            <w:rPr>
              <w:rFonts w:ascii="Arial" w:hAnsi="Arial" w:cs="Arial"/>
              <w:noProof/>
              <w:lang w:val="de-DE"/>
            </w:rPr>
            <w:id w:val="-380253943"/>
            <w:placeholder>
              <w:docPart w:val="33490E22B7EE4F6597EC94EFCDCF90AE"/>
            </w:placeholder>
            <w:text/>
          </w:sdtPr>
          <w:sdtContent>
            <w:tc>
              <w:tcPr>
                <w:tcW w:w="2268" w:type="dxa"/>
              </w:tcPr>
              <w:p w14:paraId="41E6FAFA" w14:textId="2772F01F" w:rsidR="00BF77C1" w:rsidRPr="00EC4B32" w:rsidRDefault="00BF77C1" w:rsidP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31"/>
                      <w:enabled/>
                      <w:calcOnExit w:val="0"/>
                      <w:textInput/>
                    </w:ffData>
                  </w:fldChar>
                </w:r>
                <w:bookmarkStart w:id="34" w:name="Text31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34" w:displacedByCustomXml="next"/>
          </w:sdtContent>
        </w:sdt>
        <w:sdt>
          <w:sdtPr>
            <w:rPr>
              <w:rFonts w:ascii="Arial" w:hAnsi="Arial" w:cs="Arial"/>
              <w:noProof/>
              <w:lang w:val="de-DE"/>
            </w:rPr>
            <w:id w:val="1070917874"/>
            <w:placeholder>
              <w:docPart w:val="33490E22B7EE4F6597EC94EFCDCF90AE"/>
            </w:placeholder>
            <w:text/>
          </w:sdtPr>
          <w:sdtContent>
            <w:tc>
              <w:tcPr>
                <w:tcW w:w="2292" w:type="dxa"/>
              </w:tcPr>
              <w:p w14:paraId="55372654" w14:textId="4B9C265B" w:rsidR="00BF77C1" w:rsidRPr="00EC4B32" w:rsidRDefault="00BF77C1" w:rsidP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32"/>
                      <w:enabled/>
                      <w:calcOnExit w:val="0"/>
                      <w:textInput/>
                    </w:ffData>
                  </w:fldChar>
                </w:r>
                <w:bookmarkStart w:id="35" w:name="Text32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35" w:displacedByCustomXml="next"/>
          </w:sdtContent>
        </w:sdt>
      </w:tr>
      <w:tr w:rsidR="00BF77C1" w:rsidRPr="00EC4B32" w14:paraId="07248252" w14:textId="77777777" w:rsidTr="00FA529E">
        <w:trPr>
          <w:jc w:val="center"/>
        </w:trPr>
        <w:tc>
          <w:tcPr>
            <w:tcW w:w="4957" w:type="dxa"/>
            <w:gridSpan w:val="2"/>
          </w:tcPr>
          <w:p w14:paraId="323B4AD6" w14:textId="3C2B3E76" w:rsidR="00BF77C1" w:rsidRPr="00EC4B32" w:rsidRDefault="00BF77C1" w:rsidP="00BF77C1">
            <w:pPr>
              <w:rPr>
                <w:rFonts w:ascii="Arial" w:hAnsi="Arial" w:cs="Arial"/>
                <w:lang w:val="de-DE"/>
              </w:rPr>
            </w:pPr>
            <w:r w:rsidRPr="00EC4B32">
              <w:rPr>
                <w:rFonts w:ascii="Arial" w:hAnsi="Arial" w:cs="Arial"/>
                <w:color w:val="4F81BD" w:themeColor="accent1"/>
                <w:lang w:val="de-DE"/>
              </w:rPr>
              <w:t>Beantragte Landeszuwendung</w:t>
            </w:r>
          </w:p>
        </w:tc>
        <w:sdt>
          <w:sdtPr>
            <w:rPr>
              <w:rFonts w:ascii="Arial" w:hAnsi="Arial" w:cs="Arial"/>
              <w:noProof/>
              <w:lang w:val="de-DE"/>
            </w:rPr>
            <w:id w:val="1113411632"/>
            <w:placeholder>
              <w:docPart w:val="33490E22B7EE4F6597EC94EFCDCF90AE"/>
            </w:placeholder>
            <w:text/>
          </w:sdtPr>
          <w:sdtContent>
            <w:tc>
              <w:tcPr>
                <w:tcW w:w="2268" w:type="dxa"/>
              </w:tcPr>
              <w:p w14:paraId="27B2D2C1" w14:textId="050D9AF7" w:rsidR="00BF77C1" w:rsidRPr="00EC4B32" w:rsidRDefault="00BF77C1" w:rsidP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33"/>
                      <w:enabled/>
                      <w:calcOnExit w:val="0"/>
                      <w:textInput/>
                    </w:ffData>
                  </w:fldChar>
                </w:r>
                <w:bookmarkStart w:id="36" w:name="Text33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36" w:displacedByCustomXml="next"/>
          </w:sdtContent>
        </w:sdt>
        <w:sdt>
          <w:sdtPr>
            <w:rPr>
              <w:rFonts w:ascii="Arial" w:hAnsi="Arial" w:cs="Arial"/>
              <w:noProof/>
              <w:lang w:val="de-DE"/>
            </w:rPr>
            <w:id w:val="2105911383"/>
            <w:placeholder>
              <w:docPart w:val="33490E22B7EE4F6597EC94EFCDCF90AE"/>
            </w:placeholder>
            <w:text/>
          </w:sdtPr>
          <w:sdtContent>
            <w:tc>
              <w:tcPr>
                <w:tcW w:w="2292" w:type="dxa"/>
              </w:tcPr>
              <w:p w14:paraId="124BF5E1" w14:textId="4D06E239" w:rsidR="00BF77C1" w:rsidRPr="00EC4B32" w:rsidRDefault="00BF77C1" w:rsidP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34"/>
                      <w:enabled/>
                      <w:calcOnExit w:val="0"/>
                      <w:textInput/>
                    </w:ffData>
                  </w:fldChar>
                </w:r>
                <w:bookmarkStart w:id="37" w:name="Text34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37" w:displacedByCustomXml="next"/>
          </w:sdtContent>
        </w:sdt>
      </w:tr>
      <w:tr w:rsidR="00BF77C1" w:rsidRPr="00EC4B32" w14:paraId="2BC5A153" w14:textId="77777777" w:rsidTr="00BF77C1">
        <w:trPr>
          <w:trHeight w:val="279"/>
          <w:jc w:val="center"/>
        </w:trPr>
        <w:tc>
          <w:tcPr>
            <w:tcW w:w="4957" w:type="dxa"/>
            <w:gridSpan w:val="2"/>
          </w:tcPr>
          <w:p w14:paraId="387F24CE" w14:textId="685459BA" w:rsidR="00BF77C1" w:rsidRPr="00BF77C1" w:rsidRDefault="00BF77C1" w:rsidP="00BF77C1">
            <w:pPr>
              <w:rPr>
                <w:rFonts w:ascii="Arial" w:hAnsi="Arial" w:cs="Arial"/>
                <w:b/>
                <w:bCs/>
                <w:color w:val="4F81BD" w:themeColor="accent1"/>
                <w:lang w:val="de-DE"/>
              </w:rPr>
            </w:pPr>
            <w:r w:rsidRPr="00EC4B32">
              <w:rPr>
                <w:rFonts w:ascii="Arial" w:hAnsi="Arial" w:cs="Arial"/>
                <w:b/>
                <w:bCs/>
                <w:color w:val="4F81BD" w:themeColor="accent1"/>
                <w:lang w:val="de-DE"/>
              </w:rPr>
              <w:t>Gesamteinnahmen</w:t>
            </w:r>
          </w:p>
        </w:tc>
        <w:sdt>
          <w:sdtPr>
            <w:rPr>
              <w:rFonts w:ascii="Arial" w:hAnsi="Arial" w:cs="Arial"/>
              <w:noProof/>
              <w:lang w:val="de-DE"/>
            </w:rPr>
            <w:id w:val="-690676679"/>
            <w:placeholder>
              <w:docPart w:val="33490E22B7EE4F6597EC94EFCDCF90AE"/>
            </w:placeholder>
            <w:text/>
          </w:sdtPr>
          <w:sdtContent>
            <w:tc>
              <w:tcPr>
                <w:tcW w:w="2268" w:type="dxa"/>
              </w:tcPr>
              <w:p w14:paraId="00B3BC7F" w14:textId="1ACC131A" w:rsidR="00BF77C1" w:rsidRPr="00EC4B32" w:rsidRDefault="00BF77C1" w:rsidP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39"/>
                      <w:enabled/>
                      <w:calcOnExit w:val="0"/>
                      <w:textInput/>
                    </w:ffData>
                  </w:fldChar>
                </w:r>
                <w:bookmarkStart w:id="38" w:name="Text39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38" w:displacedByCustomXml="next"/>
          </w:sdtContent>
        </w:sdt>
        <w:sdt>
          <w:sdtPr>
            <w:rPr>
              <w:rFonts w:ascii="Arial" w:hAnsi="Arial" w:cs="Arial"/>
              <w:noProof/>
              <w:lang w:val="de-DE"/>
            </w:rPr>
            <w:id w:val="-457025295"/>
            <w:placeholder>
              <w:docPart w:val="33490E22B7EE4F6597EC94EFCDCF90AE"/>
            </w:placeholder>
            <w:text/>
          </w:sdtPr>
          <w:sdtContent>
            <w:tc>
              <w:tcPr>
                <w:tcW w:w="2292" w:type="dxa"/>
              </w:tcPr>
              <w:p w14:paraId="0A52F675" w14:textId="4E3F2AA8" w:rsidR="00BF77C1" w:rsidRPr="00EC4B32" w:rsidRDefault="00BF77C1" w:rsidP="00BF77C1">
                <w:pPr>
                  <w:rPr>
                    <w:rFonts w:ascii="Arial" w:hAnsi="Arial" w:cs="Arial"/>
                    <w:lang w:val="de-DE"/>
                  </w:rPr>
                </w:pPr>
                <w:r>
                  <w:rPr>
                    <w:rFonts w:ascii="Arial" w:hAnsi="Arial" w:cs="Arial"/>
                    <w:noProof/>
                    <w:lang w:val="de-DE"/>
                  </w:rPr>
                  <w:fldChar w:fldCharType="begin">
                    <w:ffData>
                      <w:name w:val="Text40"/>
                      <w:enabled/>
                      <w:calcOnExit w:val="0"/>
                      <w:textInput/>
                    </w:ffData>
                  </w:fldChar>
                </w:r>
                <w:bookmarkStart w:id="39" w:name="Text40"/>
                <w:r>
                  <w:rPr>
                    <w:rFonts w:ascii="Arial" w:hAnsi="Arial" w:cs="Arial"/>
                    <w:noProof/>
                    <w:lang w:val="de-DE"/>
                  </w:rPr>
                  <w:instrText xml:space="preserve"> FORMTEXT </w:instrText>
                </w:r>
                <w:r>
                  <w:rPr>
                    <w:rFonts w:ascii="Arial" w:hAnsi="Arial" w:cs="Arial"/>
                    <w:noProof/>
                    <w:lang w:val="de-DE"/>
                  </w:rPr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t> </w:t>
                </w:r>
                <w:r>
                  <w:rPr>
                    <w:rFonts w:ascii="Arial" w:hAnsi="Arial" w:cs="Arial"/>
                    <w:noProof/>
                    <w:lang w:val="de-DE"/>
                  </w:rPr>
                  <w:fldChar w:fldCharType="end"/>
                </w:r>
              </w:p>
            </w:tc>
            <w:bookmarkEnd w:id="39" w:displacedByCustomXml="next"/>
          </w:sdtContent>
        </w:sdt>
      </w:tr>
    </w:tbl>
    <w:p w14:paraId="7C1416BD" w14:textId="6351CB8B" w:rsidR="00112D45" w:rsidRPr="00EC4B32" w:rsidRDefault="00112D45" w:rsidP="00112D45">
      <w:pPr>
        <w:tabs>
          <w:tab w:val="left" w:pos="1665"/>
        </w:tabs>
        <w:rPr>
          <w:rFonts w:ascii="Arial" w:hAnsi="Arial" w:cs="Arial"/>
          <w:lang w:val="de-DE"/>
        </w:rPr>
      </w:pPr>
    </w:p>
    <w:sectPr w:rsidR="00112D45" w:rsidRPr="00EC4B32" w:rsidSect="00034616">
      <w:headerReference w:type="default" r:id="rId8"/>
      <w:footerReference w:type="default" r:id="rId9"/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D6007" w14:textId="77777777" w:rsidR="00112D45" w:rsidRDefault="00112D45" w:rsidP="00112D45">
      <w:pPr>
        <w:spacing w:after="0" w:line="240" w:lineRule="auto"/>
      </w:pPr>
      <w:r>
        <w:separator/>
      </w:r>
    </w:p>
  </w:endnote>
  <w:endnote w:type="continuationSeparator" w:id="0">
    <w:p w14:paraId="405199C8" w14:textId="77777777" w:rsidR="00112D45" w:rsidRDefault="00112D45" w:rsidP="00112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A6CF4" w14:textId="6171CFDB" w:rsidR="00112D45" w:rsidRDefault="00112D45">
    <w:pPr>
      <w:pStyle w:val="Fuzeile"/>
    </w:pPr>
  </w:p>
  <w:p w14:paraId="4790C1FB" w14:textId="6FCA5933" w:rsidR="00112D45" w:rsidRPr="00BF77C1" w:rsidRDefault="00112D45" w:rsidP="00BF77C1">
    <w:pPr>
      <w:rPr>
        <w:rFonts w:ascii="Arial" w:hAnsi="Arial" w:cs="Arial"/>
        <w:lang w:val="de-DE"/>
      </w:rPr>
    </w:pPr>
    <w:r w:rsidRPr="00112D45">
      <w:rPr>
        <w:rFonts w:ascii="Arial" w:hAnsi="Arial" w:cs="Arial"/>
      </w:rPr>
      <w:t xml:space="preserve">* </w:t>
    </w:r>
    <w:proofErr w:type="gramStart"/>
    <w:r w:rsidRPr="004B10DA">
      <w:rPr>
        <w:rFonts w:ascii="Arial" w:hAnsi="Arial" w:cs="Arial"/>
        <w:lang w:val="de-DE"/>
      </w:rPr>
      <w:t>ohne</w:t>
    </w:r>
    <w:proofErr w:type="gramEnd"/>
    <w:r w:rsidRPr="004B10DA">
      <w:rPr>
        <w:rFonts w:ascii="Arial" w:hAnsi="Arial" w:cs="Arial"/>
        <w:lang w:val="de-DE"/>
      </w:rPr>
      <w:t xml:space="preserve"> personenbezogene Daten, wie z. B. Namen, Geburtsdatum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6B352" w14:textId="77777777" w:rsidR="00112D45" w:rsidRDefault="00112D45" w:rsidP="00112D45">
      <w:pPr>
        <w:spacing w:after="0" w:line="240" w:lineRule="auto"/>
      </w:pPr>
      <w:r>
        <w:separator/>
      </w:r>
    </w:p>
  </w:footnote>
  <w:footnote w:type="continuationSeparator" w:id="0">
    <w:p w14:paraId="69A18AA9" w14:textId="77777777" w:rsidR="00112D45" w:rsidRDefault="00112D45" w:rsidP="00112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536C5" w14:textId="111426BA" w:rsidR="00BF77C1" w:rsidRPr="00BF77C1" w:rsidRDefault="00BF77C1" w:rsidP="00BF77C1">
    <w:pPr>
      <w:rPr>
        <w:rFonts w:ascii="Arial" w:hAnsi="Arial" w:cs="Arial"/>
        <w:lang w:val="de-DE"/>
      </w:rPr>
    </w:pPr>
    <w:r w:rsidRPr="00EC4B32">
      <w:rPr>
        <w:rFonts w:ascii="Arial" w:hAnsi="Arial" w:cs="Arial"/>
        <w:b/>
        <w:sz w:val="28"/>
        <w:lang w:val="de-DE"/>
      </w:rPr>
      <w:t>Antrag auf Förderung eines Familienzentrums 2027/2028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5451799">
    <w:abstractNumId w:val="8"/>
  </w:num>
  <w:num w:numId="2" w16cid:durableId="1152016168">
    <w:abstractNumId w:val="6"/>
  </w:num>
  <w:num w:numId="3" w16cid:durableId="2101756028">
    <w:abstractNumId w:val="5"/>
  </w:num>
  <w:num w:numId="4" w16cid:durableId="1446583496">
    <w:abstractNumId w:val="4"/>
  </w:num>
  <w:num w:numId="5" w16cid:durableId="1192378401">
    <w:abstractNumId w:val="7"/>
  </w:num>
  <w:num w:numId="6" w16cid:durableId="964891391">
    <w:abstractNumId w:val="3"/>
  </w:num>
  <w:num w:numId="7" w16cid:durableId="2104522578">
    <w:abstractNumId w:val="2"/>
  </w:num>
  <w:num w:numId="8" w16cid:durableId="86466086">
    <w:abstractNumId w:val="1"/>
  </w:num>
  <w:num w:numId="9" w16cid:durableId="542063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spinCount="100000" w:hashValue="7VpJ9tX8ocsshTOqU5a41Zv5SUTtNB2R7sLRdExlayf79vUrvRWf4b2Si66vRjgK7FiQfTN9CWX60M2R4XX7DQ==" w:saltValue="JmhWBGtqdZVjc6r5evHqTQ==" w:algorithmName="SHA-512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2D45"/>
    <w:rsid w:val="0015074B"/>
    <w:rsid w:val="0023539D"/>
    <w:rsid w:val="0029639D"/>
    <w:rsid w:val="00326F90"/>
    <w:rsid w:val="003552EC"/>
    <w:rsid w:val="00373D90"/>
    <w:rsid w:val="004B10DA"/>
    <w:rsid w:val="005261D2"/>
    <w:rsid w:val="00557BDC"/>
    <w:rsid w:val="00AA1D8D"/>
    <w:rsid w:val="00B47730"/>
    <w:rsid w:val="00B56B10"/>
    <w:rsid w:val="00BD219B"/>
    <w:rsid w:val="00BF77C1"/>
    <w:rsid w:val="00C113DA"/>
    <w:rsid w:val="00CB0664"/>
    <w:rsid w:val="00DF113C"/>
    <w:rsid w:val="00EC4B32"/>
    <w:rsid w:val="00F67845"/>
    <w:rsid w:val="00FA52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50FAD6"/>
  <w14:defaultImageDpi w14:val="330"/>
  <w15:docId w15:val="{52AD0CF6-F273-482B-8D25-321AD9924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tzhaltertext">
    <w:name w:val="Placeholder Text"/>
    <w:basedOn w:val="Absatz-Standardschriftart"/>
    <w:uiPriority w:val="99"/>
    <w:semiHidden/>
    <w:rsid w:val="00EC4B3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7BB2E9-CB2E-4CA5-8BAE-C69199DA6DC3}"/>
      </w:docPartPr>
      <w:docPartBody>
        <w:p w:rsidR="00A53885" w:rsidRDefault="00A53885">
          <w:r w:rsidRPr="0038339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C38D519B7B044B6AFE3BE3F0A093F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E16925-864A-4D9E-9737-91E4AB7B1A29}"/>
      </w:docPartPr>
      <w:docPartBody>
        <w:p w:rsidR="00DD5615" w:rsidRDefault="00DD5615" w:rsidP="00DD5615">
          <w:pPr>
            <w:pStyle w:val="8C38D519B7B044B6AFE3BE3F0A093FE5"/>
          </w:pPr>
          <w:r w:rsidRPr="0038339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3490E22B7EE4F6597EC94EFCDCF90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A1AC37-FBE7-4846-88DF-BAB9D1DFCAF0}"/>
      </w:docPartPr>
      <w:docPartBody>
        <w:p w:rsidR="00DD5615" w:rsidRDefault="00DD5615" w:rsidP="00DD5615">
          <w:pPr>
            <w:pStyle w:val="33490E22B7EE4F6597EC94EFCDCF90AE"/>
          </w:pPr>
          <w:r w:rsidRPr="0038339F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B82"/>
    <w:rsid w:val="003552EC"/>
    <w:rsid w:val="00A53885"/>
    <w:rsid w:val="00B56B10"/>
    <w:rsid w:val="00CD7B82"/>
    <w:rsid w:val="00DD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D5615"/>
    <w:rPr>
      <w:color w:val="666666"/>
    </w:rPr>
  </w:style>
  <w:style w:type="paragraph" w:customStyle="1" w:styleId="8C38D519B7B044B6AFE3BE3F0A093FE5">
    <w:name w:val="8C38D519B7B044B6AFE3BE3F0A093FE5"/>
    <w:rsid w:val="00DD5615"/>
  </w:style>
  <w:style w:type="paragraph" w:customStyle="1" w:styleId="33490E22B7EE4F6597EC94EFCDCF90AE">
    <w:name w:val="33490E22B7EE4F6597EC94EFCDCF90AE"/>
    <w:rsid w:val="00DD56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Eisenkrein, Julia (RPKS)</cp:lastModifiedBy>
  <cp:revision>3</cp:revision>
  <cp:lastPrinted>2026-09-02T12:41:00Z</cp:lastPrinted>
  <dcterms:created xsi:type="dcterms:W3CDTF">2026-09-24T12:51:00Z</dcterms:created>
  <dcterms:modified xsi:type="dcterms:W3CDTF">2026-09-24T12:52:00Z</dcterms:modified>
  <cp:category/>
</cp:coreProperties>
</file>